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9F6C6" w14:textId="77777777" w:rsidR="006F5F0D" w:rsidRDefault="006F5F0D" w:rsidP="006F5F0D">
      <w:pPr>
        <w:pStyle w:val="Intestazion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727720" wp14:editId="07C0B842">
            <wp:simplePos x="0" y="0"/>
            <wp:positionH relativeFrom="column">
              <wp:posOffset>1647825</wp:posOffset>
            </wp:positionH>
            <wp:positionV relativeFrom="paragraph">
              <wp:posOffset>-95250</wp:posOffset>
            </wp:positionV>
            <wp:extent cx="2428875" cy="1813223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13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E1E216" w14:textId="77777777" w:rsidR="006F5F0D" w:rsidRPr="006F5F0D" w:rsidRDefault="006F5F0D" w:rsidP="006F5F0D"/>
    <w:p w14:paraId="5C7825AF" w14:textId="77777777" w:rsidR="006F5F0D" w:rsidRPr="006F5F0D" w:rsidRDefault="006F5F0D" w:rsidP="006F5F0D"/>
    <w:p w14:paraId="2F33B7C2" w14:textId="77777777" w:rsidR="006F5F0D" w:rsidRDefault="006F5F0D" w:rsidP="006F5F0D">
      <w:pPr>
        <w:pStyle w:val="Intestazione"/>
      </w:pPr>
    </w:p>
    <w:p w14:paraId="754E6B6B" w14:textId="77777777" w:rsidR="006F5F0D" w:rsidRDefault="006F5F0D" w:rsidP="006F5F0D">
      <w:pPr>
        <w:pStyle w:val="Intestazione"/>
      </w:pPr>
    </w:p>
    <w:p w14:paraId="18607434" w14:textId="77777777" w:rsidR="006F5F0D" w:rsidRDefault="006F5F0D" w:rsidP="006F5F0D">
      <w:pPr>
        <w:pStyle w:val="Intestazione"/>
      </w:pPr>
    </w:p>
    <w:p w14:paraId="61934AE5" w14:textId="5C7BE72C" w:rsidR="00F316AD" w:rsidRDefault="006F5F0D" w:rsidP="006F5F0D">
      <w:pPr>
        <w:pStyle w:val="Intestazione"/>
      </w:pPr>
      <w:r>
        <w:br w:type="textWrapping" w:clear="all"/>
      </w:r>
    </w:p>
    <w:p w14:paraId="6AAD12DF" w14:textId="77777777" w:rsidR="00F316AD" w:rsidRDefault="00F316AD" w:rsidP="00F316AD">
      <w:pPr>
        <w:pStyle w:val="Intestazione"/>
        <w:jc w:val="center"/>
      </w:pPr>
    </w:p>
    <w:p w14:paraId="0CB9F37E" w14:textId="77777777" w:rsidR="00F316AD" w:rsidRDefault="00F316AD" w:rsidP="00F316AD">
      <w:pPr>
        <w:pStyle w:val="Intestazione"/>
        <w:jc w:val="center"/>
        <w:rPr>
          <w:rFonts w:ascii="Univers Condensed" w:hAnsi="Univers Condensed"/>
          <w:b/>
          <w:color w:val="002060"/>
          <w:sz w:val="20"/>
        </w:rPr>
      </w:pPr>
      <w:r>
        <w:rPr>
          <w:rFonts w:ascii="Univers Condensed" w:hAnsi="Univers Condensed"/>
          <w:b/>
          <w:color w:val="002060"/>
          <w:sz w:val="20"/>
        </w:rPr>
        <w:t>DISTRETTO SOCIO-SANITARIO 19 - GRAVINA DI CATANIA</w:t>
      </w:r>
    </w:p>
    <w:p w14:paraId="54BEF3A0" w14:textId="77777777" w:rsidR="00F316AD" w:rsidRDefault="00F316AD" w:rsidP="00F316AD">
      <w:pPr>
        <w:pStyle w:val="Intestazione"/>
        <w:jc w:val="center"/>
        <w:rPr>
          <w:rFonts w:ascii="Univers Condensed" w:hAnsi="Univers Condensed"/>
          <w:b/>
          <w:color w:val="002060"/>
          <w:sz w:val="20"/>
        </w:rPr>
      </w:pPr>
      <w:r>
        <w:rPr>
          <w:rFonts w:ascii="Univers Condensed" w:hAnsi="Univers Condensed"/>
          <w:b/>
          <w:color w:val="002060"/>
          <w:sz w:val="20"/>
        </w:rPr>
        <w:t>UFFICIO AUTONOMO SPECIALE PIANO DI ZONA</w:t>
      </w:r>
    </w:p>
    <w:p w14:paraId="2C9B6770" w14:textId="2760FD02" w:rsidR="00F316AD" w:rsidRPr="00D54FCD" w:rsidRDefault="00134C74" w:rsidP="00D54FCD">
      <w:r>
        <w:tab/>
      </w:r>
      <w:r>
        <w:tab/>
      </w:r>
      <w:r>
        <w:tab/>
      </w:r>
      <w:r>
        <w:tab/>
      </w:r>
      <w:r w:rsidRPr="00D54FCD">
        <w:t>ALLEGATO SUB B</w:t>
      </w:r>
    </w:p>
    <w:p w14:paraId="20F0ACB9" w14:textId="37AF8D93" w:rsidR="005C7EF0" w:rsidRPr="00D54FCD" w:rsidRDefault="005C7EF0" w:rsidP="00D54FCD">
      <w:pPr>
        <w:rPr>
          <w:b/>
        </w:rPr>
      </w:pPr>
      <w:r w:rsidRPr="00D54FCD">
        <w:rPr>
          <w:b/>
          <w:bCs/>
        </w:rPr>
        <w:t xml:space="preserve">OGGETTO: </w:t>
      </w:r>
      <w:r w:rsidRPr="00D54FCD">
        <w:rPr>
          <w:b/>
        </w:rPr>
        <w:t xml:space="preserve">ISTANZE DI ACCESSO AGLI INTERVENTI A FAVORE DI PERSONE CON DISABILITÀ GRAVE PRIVE DEL SOSTEGNO FAMILIARE "DOPO DI NOI" – LEGGE 22 GIUGNO 2016, N. 112 </w:t>
      </w:r>
    </w:p>
    <w:p w14:paraId="28D7A810" w14:textId="7457336B" w:rsidR="00943718" w:rsidRPr="00D54FCD" w:rsidRDefault="00943718" w:rsidP="00D54FCD">
      <w:pPr>
        <w:rPr>
          <w:b/>
        </w:rPr>
      </w:pPr>
      <w:r w:rsidRPr="00D54FCD">
        <w:rPr>
          <w:b/>
          <w:bCs/>
        </w:rPr>
        <w:t>MODULO DI DOMANDA</w:t>
      </w:r>
    </w:p>
    <w:p w14:paraId="3968F7B9" w14:textId="4E30A910" w:rsidR="00F316AD" w:rsidRPr="00D54FCD" w:rsidRDefault="00DB221B" w:rsidP="00D54FCD">
      <w:r w:rsidRPr="00D54FCD">
        <w:t xml:space="preserve">Al </w:t>
      </w:r>
      <w:proofErr w:type="spellStart"/>
      <w:r w:rsidRPr="00D54FCD">
        <w:t>Comune</w:t>
      </w:r>
      <w:proofErr w:type="spellEnd"/>
      <w:r w:rsidRPr="00D54FCD">
        <w:t xml:space="preserve"> di __________________________________ </w:t>
      </w:r>
    </w:p>
    <w:p w14:paraId="73F4BAAF" w14:textId="7EF5D4AB" w:rsidR="00361F90" w:rsidRPr="00D54FCD" w:rsidRDefault="00560C2C" w:rsidP="00D54FCD">
      <w:r w:rsidRPr="00D54FCD">
        <w:t>Il</w:t>
      </w:r>
      <w:r w:rsidR="00F650CA" w:rsidRPr="00D54FCD">
        <w:t>/la</w:t>
      </w:r>
      <w:r w:rsidRPr="00D54FCD">
        <w:t xml:space="preserve"> </w:t>
      </w:r>
      <w:proofErr w:type="spellStart"/>
      <w:r w:rsidRPr="00D54FCD">
        <w:t>sottoscritto</w:t>
      </w:r>
      <w:proofErr w:type="spellEnd"/>
      <w:r w:rsidRPr="00D54FCD">
        <w:t>/</w:t>
      </w:r>
      <w:r w:rsidR="00F650CA" w:rsidRPr="00D54FCD">
        <w:t>a</w:t>
      </w:r>
      <w:r w:rsidRPr="00D54FCD">
        <w:t xml:space="preserve"> </w:t>
      </w:r>
      <w:r w:rsidR="00F316AD" w:rsidRPr="00D54FCD">
        <w:t>___________________________________________________________</w:t>
      </w:r>
      <w:r w:rsidRPr="00D54FCD">
        <w:rPr>
          <w:b/>
        </w:rPr>
        <w:t>_</w:t>
      </w:r>
      <w:r w:rsidRPr="00D54FCD">
        <w:t>_</w:t>
      </w:r>
      <w:r w:rsidRPr="00D54FCD">
        <w:rPr>
          <w:b/>
        </w:rPr>
        <w:t>_</w:t>
      </w:r>
      <w:r w:rsidRPr="00D54FCD">
        <w:t>_</w:t>
      </w:r>
      <w:r w:rsidRPr="00D54FCD">
        <w:rPr>
          <w:b/>
        </w:rPr>
        <w:t>_</w:t>
      </w:r>
      <w:r w:rsidRPr="00D54FCD">
        <w:t>_</w:t>
      </w:r>
      <w:r w:rsidRPr="00D54FCD">
        <w:rPr>
          <w:b/>
        </w:rPr>
        <w:t>_</w:t>
      </w:r>
      <w:r w:rsidRPr="00D54FCD">
        <w:t>_</w:t>
      </w:r>
    </w:p>
    <w:p w14:paraId="0EAABEAB" w14:textId="77777777" w:rsidR="00361F90" w:rsidRPr="00D54FCD" w:rsidRDefault="00560C2C" w:rsidP="00D54FCD">
      <w:proofErr w:type="spellStart"/>
      <w:r w:rsidRPr="00D54FCD">
        <w:t>consapevole</w:t>
      </w:r>
      <w:proofErr w:type="spellEnd"/>
      <w:r w:rsidRPr="00D54FCD">
        <w:t xml:space="preserve"> </w:t>
      </w:r>
      <w:proofErr w:type="spellStart"/>
      <w:r w:rsidRPr="00D54FCD">
        <w:t>della</w:t>
      </w:r>
      <w:proofErr w:type="spellEnd"/>
      <w:r w:rsidRPr="00D54FCD">
        <w:t xml:space="preserve"> </w:t>
      </w:r>
      <w:proofErr w:type="spellStart"/>
      <w:r w:rsidRPr="00D54FCD">
        <w:t>responsabilità</w:t>
      </w:r>
      <w:proofErr w:type="spellEnd"/>
      <w:r w:rsidRPr="00D54FCD">
        <w:t xml:space="preserve"> </w:t>
      </w:r>
      <w:proofErr w:type="spellStart"/>
      <w:r w:rsidRPr="00D54FCD">
        <w:t>penale</w:t>
      </w:r>
      <w:proofErr w:type="spellEnd"/>
      <w:r w:rsidRPr="00D54FCD">
        <w:t xml:space="preserve"> cui </w:t>
      </w:r>
      <w:proofErr w:type="spellStart"/>
      <w:r w:rsidRPr="00D54FCD">
        <w:t>può</w:t>
      </w:r>
      <w:proofErr w:type="spellEnd"/>
      <w:r w:rsidRPr="00D54FCD">
        <w:t xml:space="preserve"> </w:t>
      </w:r>
      <w:proofErr w:type="spellStart"/>
      <w:r w:rsidRPr="00D54FCD">
        <w:t>andare</w:t>
      </w:r>
      <w:proofErr w:type="spellEnd"/>
      <w:r w:rsidRPr="00D54FCD">
        <w:t xml:space="preserve"> </w:t>
      </w:r>
      <w:proofErr w:type="spellStart"/>
      <w:r w:rsidRPr="00D54FCD">
        <w:t>incontro</w:t>
      </w:r>
      <w:proofErr w:type="spellEnd"/>
      <w:r w:rsidRPr="00D54FCD">
        <w:t xml:space="preserve"> in </w:t>
      </w:r>
      <w:proofErr w:type="spellStart"/>
      <w:r w:rsidRPr="00D54FCD">
        <w:t>caso</w:t>
      </w:r>
      <w:proofErr w:type="spellEnd"/>
      <w:r w:rsidRPr="00D54FCD">
        <w:t xml:space="preserve"> di </w:t>
      </w:r>
      <w:proofErr w:type="spellStart"/>
      <w:r w:rsidRPr="00D54FCD">
        <w:t>dichiarazione</w:t>
      </w:r>
      <w:proofErr w:type="spellEnd"/>
      <w:r w:rsidRPr="00D54FCD">
        <w:t xml:space="preserve"> falsa o non </w:t>
      </w:r>
      <w:proofErr w:type="spellStart"/>
      <w:r w:rsidRPr="00D54FCD">
        <w:t>corrispondente</w:t>
      </w:r>
      <w:proofErr w:type="spellEnd"/>
      <w:r w:rsidRPr="00D54FCD">
        <w:t xml:space="preserve"> al </w:t>
      </w:r>
      <w:proofErr w:type="spellStart"/>
      <w:r w:rsidRPr="00D54FCD">
        <w:t>vero</w:t>
      </w:r>
      <w:proofErr w:type="spellEnd"/>
      <w:r w:rsidRPr="00D54FCD">
        <w:t xml:space="preserve">, ai sensi del D.P.R. 28/12/2000 n. 445, </w:t>
      </w:r>
      <w:proofErr w:type="spellStart"/>
      <w:r w:rsidRPr="00D54FCD">
        <w:t>dichiara</w:t>
      </w:r>
      <w:proofErr w:type="spellEnd"/>
      <w:r w:rsidRPr="00D54FCD">
        <w:t xml:space="preserve"> di </w:t>
      </w:r>
      <w:proofErr w:type="spellStart"/>
      <w:r w:rsidRPr="00D54FCD">
        <w:t>essere</w:t>
      </w:r>
      <w:proofErr w:type="spellEnd"/>
      <w:r w:rsidRPr="00D54FCD">
        <w:t>:</w:t>
      </w:r>
    </w:p>
    <w:p w14:paraId="47615999" w14:textId="3C666AAF" w:rsidR="00361F90" w:rsidRPr="00D54FCD" w:rsidRDefault="00560C2C" w:rsidP="00D54FCD">
      <w:proofErr w:type="spellStart"/>
      <w:r w:rsidRPr="00D54FCD">
        <w:t>nat</w:t>
      </w:r>
      <w:r w:rsidR="00242544" w:rsidRPr="00D54FCD">
        <w:t>o</w:t>
      </w:r>
      <w:proofErr w:type="spellEnd"/>
      <w:r w:rsidR="00F316AD" w:rsidRPr="00D54FCD">
        <w:t>/a</w:t>
      </w:r>
      <w:r w:rsidRPr="00D54FCD">
        <w:t xml:space="preserve"> a </w:t>
      </w:r>
      <w:r w:rsidR="00F316AD" w:rsidRPr="00D54FCD">
        <w:t xml:space="preserve">______________________ </w:t>
      </w:r>
      <w:r w:rsidRPr="00D54FCD">
        <w:t xml:space="preserve">il </w:t>
      </w:r>
      <w:r w:rsidRPr="00D54FCD">
        <w:rPr>
          <w:i/>
        </w:rPr>
        <w:t>________</w:t>
      </w:r>
      <w:r w:rsidR="00F316AD" w:rsidRPr="00D54FCD">
        <w:rPr>
          <w:i/>
        </w:rPr>
        <w:t>____________</w:t>
      </w:r>
      <w:r w:rsidR="00F316AD" w:rsidRPr="00D54FCD">
        <w:t xml:space="preserve"> </w:t>
      </w:r>
      <w:proofErr w:type="spellStart"/>
      <w:r w:rsidR="00F316AD" w:rsidRPr="00D54FCD">
        <w:t>codice</w:t>
      </w:r>
      <w:proofErr w:type="spellEnd"/>
      <w:r w:rsidR="00F316AD" w:rsidRPr="00D54FCD">
        <w:t xml:space="preserve"> </w:t>
      </w:r>
      <w:proofErr w:type="spellStart"/>
      <w:r w:rsidR="00F316AD" w:rsidRPr="00D54FCD">
        <w:t>fiscale</w:t>
      </w:r>
      <w:proofErr w:type="spellEnd"/>
      <w:r w:rsidR="00F316AD" w:rsidRPr="00D54FCD">
        <w:t xml:space="preserve"> ________</w:t>
      </w:r>
      <w:r w:rsidR="00F316AD" w:rsidRPr="00D54FCD">
        <w:rPr>
          <w:i/>
        </w:rPr>
        <w:t>_________________________</w:t>
      </w:r>
      <w:r w:rsidRPr="00D54FCD">
        <w:br/>
      </w:r>
      <w:proofErr w:type="spellStart"/>
      <w:r w:rsidRPr="00D54FCD">
        <w:t>residente</w:t>
      </w:r>
      <w:proofErr w:type="spellEnd"/>
      <w:r w:rsidRPr="00D54FCD">
        <w:t xml:space="preserve"> a ______</w:t>
      </w:r>
      <w:r w:rsidR="00F316AD" w:rsidRPr="00D54FCD">
        <w:t>__________________________</w:t>
      </w:r>
      <w:r w:rsidRPr="00D54FCD">
        <w:t xml:space="preserve">__ in via </w:t>
      </w:r>
      <w:r w:rsidRPr="00D54FCD">
        <w:rPr>
          <w:i/>
        </w:rPr>
        <w:t>______</w:t>
      </w:r>
      <w:r w:rsidR="00F316AD" w:rsidRPr="00D54FCD">
        <w:rPr>
          <w:i/>
        </w:rPr>
        <w:t>____________________</w:t>
      </w:r>
      <w:r w:rsidRPr="00D54FCD">
        <w:rPr>
          <w:i/>
        </w:rPr>
        <w:t>__</w:t>
      </w:r>
      <w:r w:rsidRPr="00D54FCD">
        <w:t xml:space="preserve"> n. </w:t>
      </w:r>
      <w:r w:rsidR="00F316AD" w:rsidRPr="00D54FCD">
        <w:rPr>
          <w:i/>
        </w:rPr>
        <w:t>___________________</w:t>
      </w:r>
      <w:r w:rsidRPr="00D54FCD">
        <w:br/>
      </w:r>
      <w:r w:rsidRPr="00D54FCD">
        <w:rPr>
          <w:i/>
        </w:rPr>
        <w:t xml:space="preserve">tel. </w:t>
      </w:r>
      <w:r w:rsidRPr="00D54FCD">
        <w:t>________</w:t>
      </w:r>
      <w:r w:rsidR="00F316AD" w:rsidRPr="00D54FCD">
        <w:t xml:space="preserve"> </w:t>
      </w:r>
      <w:r w:rsidRPr="00D54FCD">
        <w:t>cell. ________</w:t>
      </w:r>
      <w:r w:rsidRPr="00D54FCD">
        <w:rPr>
          <w:i/>
        </w:rPr>
        <w:t xml:space="preserve"> e-mail </w:t>
      </w:r>
      <w:r w:rsidRPr="00D54FCD">
        <w:t>___________</w:t>
      </w:r>
      <w:r w:rsidR="00F316AD" w:rsidRPr="00D54FCD">
        <w:t xml:space="preserve"> pec ______________________________</w:t>
      </w:r>
    </w:p>
    <w:p w14:paraId="37B6125D" w14:textId="77777777" w:rsidR="00242544" w:rsidRPr="00D54FCD" w:rsidRDefault="00560C2C" w:rsidP="00D54FCD">
      <w:r w:rsidRPr="00D54FCD">
        <w:t xml:space="preserve">In </w:t>
      </w:r>
      <w:proofErr w:type="spellStart"/>
      <w:r w:rsidRPr="00D54FCD">
        <w:t>qualità</w:t>
      </w:r>
      <w:proofErr w:type="spellEnd"/>
      <w:r w:rsidRPr="00D54FCD">
        <w:t xml:space="preserve"> di </w:t>
      </w:r>
      <w:r w:rsidRPr="00D54FCD">
        <w:rPr>
          <w:i/>
        </w:rPr>
        <w:t>(</w:t>
      </w:r>
      <w:proofErr w:type="spellStart"/>
      <w:r w:rsidRPr="00D54FCD">
        <w:rPr>
          <w:i/>
        </w:rPr>
        <w:t>barrare</w:t>
      </w:r>
      <w:proofErr w:type="spellEnd"/>
      <w:r w:rsidRPr="00D54FCD">
        <w:rPr>
          <w:i/>
        </w:rPr>
        <w:t xml:space="preserve"> la voce </w:t>
      </w:r>
      <w:proofErr w:type="spellStart"/>
      <w:r w:rsidRPr="00D54FCD">
        <w:rPr>
          <w:i/>
        </w:rPr>
        <w:t>che</w:t>
      </w:r>
      <w:proofErr w:type="spellEnd"/>
      <w:r w:rsidRPr="00D54FCD">
        <w:rPr>
          <w:i/>
        </w:rPr>
        <w:t xml:space="preserve"> </w:t>
      </w:r>
      <w:proofErr w:type="spellStart"/>
      <w:r w:rsidRPr="00D54FCD">
        <w:rPr>
          <w:i/>
        </w:rPr>
        <w:t>ricorre</w:t>
      </w:r>
      <w:proofErr w:type="spellEnd"/>
      <w:r w:rsidRPr="00D54FCD">
        <w:rPr>
          <w:i/>
        </w:rPr>
        <w:t>)</w:t>
      </w:r>
      <w:r w:rsidRPr="00D54FCD">
        <w:t>:</w:t>
      </w:r>
    </w:p>
    <w:p w14:paraId="7CB71440" w14:textId="78B27818" w:rsidR="00361F90" w:rsidRPr="00D54FCD" w:rsidRDefault="00560C2C" w:rsidP="00D54FCD">
      <w:r w:rsidRPr="00D54FCD">
        <w:t xml:space="preserve">□ </w:t>
      </w:r>
      <w:proofErr w:type="spellStart"/>
      <w:r w:rsidRPr="00D54FCD">
        <w:t>Beneficiario</w:t>
      </w:r>
      <w:proofErr w:type="spellEnd"/>
      <w:r w:rsidRPr="00D54FCD">
        <w:t xml:space="preserve"> (persona con </w:t>
      </w:r>
      <w:proofErr w:type="spellStart"/>
      <w:r w:rsidRPr="00D54FCD">
        <w:t>disabilità</w:t>
      </w:r>
      <w:proofErr w:type="spellEnd"/>
      <w:r w:rsidRPr="00D54FCD">
        <w:t xml:space="preserve"> </w:t>
      </w:r>
      <w:proofErr w:type="spellStart"/>
      <w:r w:rsidRPr="00D54FCD">
        <w:t>che</w:t>
      </w:r>
      <w:proofErr w:type="spellEnd"/>
      <w:r w:rsidRPr="00D54FCD">
        <w:t xml:space="preserve"> </w:t>
      </w:r>
      <w:proofErr w:type="spellStart"/>
      <w:r w:rsidRPr="00D54FCD">
        <w:t>presenta</w:t>
      </w:r>
      <w:proofErr w:type="spellEnd"/>
      <w:r w:rsidRPr="00D54FCD">
        <w:t xml:space="preserve"> </w:t>
      </w:r>
      <w:proofErr w:type="spellStart"/>
      <w:r w:rsidRPr="00D54FCD">
        <w:t>istanza</w:t>
      </w:r>
      <w:proofErr w:type="spellEnd"/>
      <w:r w:rsidRPr="00D54FCD">
        <w:t xml:space="preserve"> in proprio)</w:t>
      </w:r>
      <w:r w:rsidRPr="00D54FCD">
        <w:br/>
        <w:t xml:space="preserve">□ </w:t>
      </w:r>
      <w:proofErr w:type="spellStart"/>
      <w:r w:rsidRPr="00D54FCD">
        <w:t>Genitore</w:t>
      </w:r>
      <w:proofErr w:type="spellEnd"/>
      <w:r w:rsidRPr="00D54FCD">
        <w:t xml:space="preserve"> / Caregiver </w:t>
      </w:r>
      <w:proofErr w:type="spellStart"/>
      <w:r w:rsidRPr="00D54FCD">
        <w:t>familiare</w:t>
      </w:r>
      <w:proofErr w:type="spellEnd"/>
      <w:r w:rsidRPr="00D54FCD">
        <w:t xml:space="preserve"> </w:t>
      </w:r>
      <w:r w:rsidRPr="00D54FCD">
        <w:br/>
      </w:r>
      <w:r w:rsidR="00242544" w:rsidRPr="00D54FCD">
        <w:t xml:space="preserve">□ </w:t>
      </w:r>
      <w:proofErr w:type="spellStart"/>
      <w:r w:rsidR="00242544" w:rsidRPr="00D54FCD">
        <w:t>Legale</w:t>
      </w:r>
      <w:proofErr w:type="spellEnd"/>
      <w:r w:rsidR="00242544" w:rsidRPr="00D54FCD">
        <w:t xml:space="preserve"> </w:t>
      </w:r>
      <w:proofErr w:type="spellStart"/>
      <w:r w:rsidR="00242544" w:rsidRPr="00D54FCD">
        <w:t>rappresentante</w:t>
      </w:r>
      <w:proofErr w:type="spellEnd"/>
      <w:r w:rsidR="00242544" w:rsidRPr="00D54FCD">
        <w:t xml:space="preserve"> </w:t>
      </w:r>
      <w:r w:rsidRPr="00D54FCD">
        <w:t xml:space="preserve">□ </w:t>
      </w:r>
      <w:proofErr w:type="spellStart"/>
      <w:r w:rsidRPr="00D54FCD">
        <w:t>Amministratore</w:t>
      </w:r>
      <w:proofErr w:type="spellEnd"/>
      <w:r w:rsidRPr="00D54FCD">
        <w:t xml:space="preserve"> di </w:t>
      </w:r>
      <w:proofErr w:type="spellStart"/>
      <w:r w:rsidRPr="00D54FCD">
        <w:t>Sostegno</w:t>
      </w:r>
      <w:proofErr w:type="spellEnd"/>
      <w:r w:rsidRPr="00D54FCD">
        <w:t xml:space="preserve"> □ </w:t>
      </w:r>
      <w:proofErr w:type="spellStart"/>
      <w:r w:rsidRPr="00D54FCD">
        <w:t>Tutore</w:t>
      </w:r>
      <w:proofErr w:type="spellEnd"/>
      <w:r w:rsidRPr="00D54FCD">
        <w:t xml:space="preserve"> □ </w:t>
      </w:r>
      <w:proofErr w:type="spellStart"/>
      <w:r w:rsidRPr="00D54FCD">
        <w:t>Curatore</w:t>
      </w:r>
      <w:proofErr w:type="spellEnd"/>
      <w:r w:rsidR="00242544" w:rsidRPr="00D54FCD">
        <w:t xml:space="preserve"> □ </w:t>
      </w:r>
      <w:proofErr w:type="spellStart"/>
      <w:r w:rsidR="00242544" w:rsidRPr="00D54FCD">
        <w:t>Delegato</w:t>
      </w:r>
      <w:proofErr w:type="spellEnd"/>
      <w:r w:rsidR="00242544" w:rsidRPr="00D54FCD">
        <w:t xml:space="preserve"> del </w:t>
      </w:r>
      <w:proofErr w:type="spellStart"/>
      <w:r w:rsidR="00242544" w:rsidRPr="00D54FCD">
        <w:t>beneficiario</w:t>
      </w:r>
      <w:proofErr w:type="spellEnd"/>
    </w:p>
    <w:p w14:paraId="1690DB01" w14:textId="77777777" w:rsidR="00361F90" w:rsidRPr="00D54FCD" w:rsidRDefault="00560C2C" w:rsidP="00D54FCD">
      <w:r w:rsidRPr="00D54FCD">
        <w:rPr>
          <w:color w:val="000000"/>
        </w:rPr>
        <w:t>CHIEDE PER IL</w:t>
      </w:r>
    </w:p>
    <w:p w14:paraId="4E2E83AA" w14:textId="77777777" w:rsidR="00361F90" w:rsidRPr="00D54FCD" w:rsidRDefault="00560C2C" w:rsidP="00D54FCD">
      <w:r w:rsidRPr="00D54FCD">
        <w:rPr>
          <w:i/>
        </w:rPr>
        <w:t xml:space="preserve">(da </w:t>
      </w:r>
      <w:proofErr w:type="spellStart"/>
      <w:r w:rsidRPr="00D54FCD">
        <w:rPr>
          <w:i/>
        </w:rPr>
        <w:t>compilare</w:t>
      </w:r>
      <w:proofErr w:type="spellEnd"/>
      <w:r w:rsidRPr="00D54FCD">
        <w:rPr>
          <w:i/>
        </w:rPr>
        <w:t xml:space="preserve"> solo in </w:t>
      </w:r>
      <w:proofErr w:type="spellStart"/>
      <w:r w:rsidRPr="00D54FCD">
        <w:rPr>
          <w:i/>
        </w:rPr>
        <w:t>caso</w:t>
      </w:r>
      <w:proofErr w:type="spellEnd"/>
      <w:r w:rsidRPr="00D54FCD">
        <w:rPr>
          <w:i/>
        </w:rPr>
        <w:t xml:space="preserve"> di </w:t>
      </w:r>
      <w:proofErr w:type="spellStart"/>
      <w:r w:rsidRPr="00D54FCD">
        <w:rPr>
          <w:i/>
        </w:rPr>
        <w:t>delegato</w:t>
      </w:r>
      <w:proofErr w:type="spellEnd"/>
      <w:r w:rsidRPr="00D54FCD">
        <w:rPr>
          <w:i/>
        </w:rPr>
        <w:t xml:space="preserve"> / </w:t>
      </w:r>
      <w:proofErr w:type="spellStart"/>
      <w:r w:rsidRPr="00D54FCD">
        <w:rPr>
          <w:i/>
        </w:rPr>
        <w:t>tutore</w:t>
      </w:r>
      <w:proofErr w:type="spellEnd"/>
      <w:r w:rsidRPr="00D54FCD">
        <w:rPr>
          <w:i/>
        </w:rPr>
        <w:t xml:space="preserve"> / </w:t>
      </w:r>
      <w:proofErr w:type="spellStart"/>
      <w:r w:rsidRPr="00D54FCD">
        <w:rPr>
          <w:i/>
        </w:rPr>
        <w:t>procuratore</w:t>
      </w:r>
      <w:proofErr w:type="spellEnd"/>
      <w:r w:rsidRPr="00D54FCD">
        <w:rPr>
          <w:i/>
        </w:rPr>
        <w:t xml:space="preserve"> / </w:t>
      </w:r>
      <w:proofErr w:type="spellStart"/>
      <w:r w:rsidRPr="00D54FCD">
        <w:rPr>
          <w:i/>
        </w:rPr>
        <w:t>amministratore</w:t>
      </w:r>
      <w:proofErr w:type="spellEnd"/>
      <w:r w:rsidRPr="00D54FCD">
        <w:rPr>
          <w:i/>
        </w:rPr>
        <w:t>)</w:t>
      </w:r>
    </w:p>
    <w:p w14:paraId="697DE37A" w14:textId="06950FEF" w:rsidR="00361F90" w:rsidRPr="00D54FCD" w:rsidRDefault="00560C2C" w:rsidP="00D54FCD">
      <w:r w:rsidRPr="00D54FCD">
        <w:t>Sig./</w:t>
      </w:r>
      <w:proofErr w:type="spellStart"/>
      <w:r w:rsidRPr="00D54FCD">
        <w:t>ra</w:t>
      </w:r>
      <w:proofErr w:type="spellEnd"/>
      <w:r w:rsidRPr="00D54FCD">
        <w:t xml:space="preserve"> </w:t>
      </w:r>
      <w:r w:rsidRPr="00D54FCD">
        <w:rPr>
          <w:b/>
        </w:rPr>
        <w:t>_</w:t>
      </w:r>
      <w:r w:rsidRPr="00D54FCD">
        <w:t>_</w:t>
      </w:r>
      <w:r w:rsidRPr="00D54FCD">
        <w:rPr>
          <w:b/>
        </w:rPr>
        <w:t>_</w:t>
      </w:r>
      <w:r w:rsidRPr="00D54FCD">
        <w:t>_</w:t>
      </w:r>
      <w:r w:rsidRPr="00D54FCD">
        <w:rPr>
          <w:b/>
        </w:rPr>
        <w:t>_</w:t>
      </w:r>
      <w:r w:rsidRPr="00D54FCD">
        <w:t>_</w:t>
      </w:r>
      <w:r w:rsidRPr="00D54FCD">
        <w:rPr>
          <w:b/>
        </w:rPr>
        <w:t>_</w:t>
      </w:r>
      <w:r w:rsidRPr="00D54FCD">
        <w:t>_</w:t>
      </w:r>
    </w:p>
    <w:p w14:paraId="3A672771" w14:textId="77777777" w:rsidR="0059742D" w:rsidRPr="00D54FCD" w:rsidRDefault="0059742D" w:rsidP="00D54FCD">
      <w:proofErr w:type="spellStart"/>
      <w:r w:rsidRPr="00D54FCD">
        <w:t>nato</w:t>
      </w:r>
      <w:proofErr w:type="spellEnd"/>
      <w:r w:rsidRPr="00D54FCD">
        <w:t xml:space="preserve">/a a ______________________ il </w:t>
      </w:r>
      <w:r w:rsidRPr="00D54FCD">
        <w:rPr>
          <w:i/>
        </w:rPr>
        <w:t>____________________</w:t>
      </w:r>
      <w:r w:rsidRPr="00D54FCD">
        <w:t xml:space="preserve"> </w:t>
      </w:r>
      <w:proofErr w:type="spellStart"/>
      <w:r w:rsidRPr="00D54FCD">
        <w:t>codice</w:t>
      </w:r>
      <w:proofErr w:type="spellEnd"/>
      <w:r w:rsidRPr="00D54FCD">
        <w:t xml:space="preserve"> </w:t>
      </w:r>
      <w:proofErr w:type="spellStart"/>
      <w:r w:rsidRPr="00D54FCD">
        <w:t>fiscale</w:t>
      </w:r>
      <w:proofErr w:type="spellEnd"/>
      <w:r w:rsidRPr="00D54FCD">
        <w:t xml:space="preserve"> ________</w:t>
      </w:r>
      <w:r w:rsidRPr="00D54FCD">
        <w:rPr>
          <w:i/>
        </w:rPr>
        <w:t>_________________________</w:t>
      </w:r>
      <w:r w:rsidRPr="00D54FCD">
        <w:br/>
      </w:r>
      <w:proofErr w:type="spellStart"/>
      <w:r w:rsidRPr="00D54FCD">
        <w:t>residente</w:t>
      </w:r>
      <w:proofErr w:type="spellEnd"/>
      <w:r w:rsidRPr="00D54FCD">
        <w:t xml:space="preserve"> a __________________________________ in via </w:t>
      </w:r>
      <w:r w:rsidRPr="00D54FCD">
        <w:rPr>
          <w:i/>
        </w:rPr>
        <w:t>____________________________</w:t>
      </w:r>
      <w:r w:rsidRPr="00D54FCD">
        <w:t xml:space="preserve"> n. </w:t>
      </w:r>
      <w:r w:rsidRPr="00D54FCD">
        <w:rPr>
          <w:i/>
        </w:rPr>
        <w:t>___________________</w:t>
      </w:r>
      <w:r w:rsidRPr="00D54FCD">
        <w:br/>
      </w:r>
      <w:r w:rsidRPr="00D54FCD">
        <w:rPr>
          <w:i/>
        </w:rPr>
        <w:t xml:space="preserve">tel. </w:t>
      </w:r>
      <w:r w:rsidRPr="00D54FCD">
        <w:t>________ cell. ________</w:t>
      </w:r>
      <w:r w:rsidRPr="00D54FCD">
        <w:rPr>
          <w:i/>
        </w:rPr>
        <w:t xml:space="preserve"> e-mail </w:t>
      </w:r>
      <w:r w:rsidRPr="00D54FCD">
        <w:t>___________ pec ______________________________</w:t>
      </w:r>
    </w:p>
    <w:p w14:paraId="38EA6864" w14:textId="5F5367D8" w:rsidR="00361F90" w:rsidRPr="00D54FCD" w:rsidRDefault="00560C2C" w:rsidP="00D54FCD">
      <w:r w:rsidRPr="00D54FCD">
        <w:t xml:space="preserve">la </w:t>
      </w:r>
      <w:proofErr w:type="spellStart"/>
      <w:r w:rsidRPr="00D54FCD">
        <w:t>predisposizione</w:t>
      </w:r>
      <w:proofErr w:type="spellEnd"/>
      <w:r w:rsidRPr="00D54FCD">
        <w:t xml:space="preserve"> del </w:t>
      </w:r>
      <w:r w:rsidRPr="00D54FCD">
        <w:rPr>
          <w:i/>
          <w:iCs/>
        </w:rPr>
        <w:t>Progetto di vita Dopo di Noi</w:t>
      </w:r>
      <w:r w:rsidRPr="00D54FCD">
        <w:t xml:space="preserve">, ai sensi </w:t>
      </w:r>
      <w:proofErr w:type="spellStart"/>
      <w:r w:rsidRPr="00D54FCD">
        <w:t>dell'art</w:t>
      </w:r>
      <w:proofErr w:type="spellEnd"/>
      <w:r w:rsidRPr="00D54FCD">
        <w:t xml:space="preserve">. </w:t>
      </w:r>
      <w:r w:rsidR="00E448C3" w:rsidRPr="00D54FCD">
        <w:t xml:space="preserve">14 </w:t>
      </w:r>
      <w:proofErr w:type="spellStart"/>
      <w:r w:rsidR="00E448C3" w:rsidRPr="00D54FCD">
        <w:t>della</w:t>
      </w:r>
      <w:proofErr w:type="spellEnd"/>
      <w:r w:rsidR="00E448C3" w:rsidRPr="00D54FCD">
        <w:t xml:space="preserve"> L. 328/2000</w:t>
      </w:r>
      <w:r w:rsidR="00E448C3" w:rsidRPr="00D54FCD">
        <w:rPr>
          <w:color w:val="EE0000"/>
        </w:rPr>
        <w:t xml:space="preserve"> </w:t>
      </w:r>
      <w:r w:rsidRPr="00D54FCD">
        <w:t xml:space="preserve">per </w:t>
      </w:r>
      <w:proofErr w:type="spellStart"/>
      <w:r w:rsidRPr="00D54FCD">
        <w:t>gli</w:t>
      </w:r>
      <w:proofErr w:type="spellEnd"/>
      <w:r w:rsidRPr="00D54FCD">
        <w:t xml:space="preserve"> </w:t>
      </w:r>
      <w:proofErr w:type="spellStart"/>
      <w:r w:rsidRPr="00D54FCD">
        <w:t>interventi</w:t>
      </w:r>
      <w:proofErr w:type="spellEnd"/>
      <w:r w:rsidRPr="00D54FCD">
        <w:t xml:space="preserve"> e </w:t>
      </w:r>
      <w:proofErr w:type="spellStart"/>
      <w:r w:rsidRPr="00D54FCD">
        <w:t>i</w:t>
      </w:r>
      <w:proofErr w:type="spellEnd"/>
      <w:r w:rsidRPr="00D54FCD">
        <w:t xml:space="preserve"> </w:t>
      </w:r>
      <w:proofErr w:type="spellStart"/>
      <w:r w:rsidRPr="00D54FCD">
        <w:t>servizi</w:t>
      </w:r>
      <w:proofErr w:type="spellEnd"/>
      <w:r w:rsidRPr="00D54FCD">
        <w:t xml:space="preserve"> </w:t>
      </w:r>
      <w:proofErr w:type="spellStart"/>
      <w:r w:rsidRPr="00D54FCD">
        <w:t>previsti</w:t>
      </w:r>
      <w:proofErr w:type="spellEnd"/>
      <w:r w:rsidRPr="00D54FCD">
        <w:t xml:space="preserve"> </w:t>
      </w:r>
      <w:proofErr w:type="spellStart"/>
      <w:r w:rsidRPr="00D54FCD">
        <w:t>dalla</w:t>
      </w:r>
      <w:proofErr w:type="spellEnd"/>
      <w:r w:rsidRPr="00D54FCD">
        <w:t xml:space="preserve"> </w:t>
      </w:r>
      <w:proofErr w:type="spellStart"/>
      <w:r w:rsidRPr="00D54FCD">
        <w:t>Legge</w:t>
      </w:r>
      <w:proofErr w:type="spellEnd"/>
      <w:r w:rsidRPr="00D54FCD">
        <w:t xml:space="preserve"> 22 </w:t>
      </w:r>
      <w:proofErr w:type="spellStart"/>
      <w:r w:rsidRPr="00D54FCD">
        <w:t>giugno</w:t>
      </w:r>
      <w:proofErr w:type="spellEnd"/>
      <w:r w:rsidRPr="00D54FCD">
        <w:t xml:space="preserve"> 2016, n. 112 e dal D.M. 23 </w:t>
      </w:r>
      <w:proofErr w:type="spellStart"/>
      <w:r w:rsidRPr="00D54FCD">
        <w:t>novembre</w:t>
      </w:r>
      <w:proofErr w:type="spellEnd"/>
      <w:r w:rsidRPr="00D54FCD">
        <w:t xml:space="preserve"> </w:t>
      </w:r>
      <w:r w:rsidRPr="00D54FCD">
        <w:lastRenderedPageBreak/>
        <w:t xml:space="preserve">2016 in </w:t>
      </w:r>
      <w:proofErr w:type="spellStart"/>
      <w:r w:rsidRPr="00D54FCD">
        <w:t>favore</w:t>
      </w:r>
      <w:proofErr w:type="spellEnd"/>
      <w:r w:rsidRPr="00D54FCD">
        <w:t xml:space="preserve"> </w:t>
      </w:r>
      <w:proofErr w:type="spellStart"/>
      <w:r w:rsidRPr="00D54FCD">
        <w:t>dei</w:t>
      </w:r>
      <w:proofErr w:type="spellEnd"/>
      <w:r w:rsidRPr="00D54FCD">
        <w:t xml:space="preserve"> </w:t>
      </w:r>
      <w:proofErr w:type="spellStart"/>
      <w:r w:rsidRPr="00D54FCD">
        <w:t>soggetti</w:t>
      </w:r>
      <w:proofErr w:type="spellEnd"/>
      <w:r w:rsidRPr="00D54FCD">
        <w:t xml:space="preserve"> </w:t>
      </w:r>
      <w:proofErr w:type="spellStart"/>
      <w:r w:rsidRPr="00D54FCD">
        <w:t>disabili</w:t>
      </w:r>
      <w:proofErr w:type="spellEnd"/>
      <w:r w:rsidRPr="00D54FCD">
        <w:t xml:space="preserve"> </w:t>
      </w:r>
      <w:proofErr w:type="spellStart"/>
      <w:r w:rsidRPr="00D54FCD">
        <w:t>gravi</w:t>
      </w:r>
      <w:proofErr w:type="spellEnd"/>
      <w:r w:rsidRPr="00D54FCD">
        <w:t xml:space="preserve"> </w:t>
      </w:r>
      <w:proofErr w:type="spellStart"/>
      <w:r w:rsidRPr="00D54FCD">
        <w:t>privi</w:t>
      </w:r>
      <w:proofErr w:type="spellEnd"/>
      <w:r w:rsidRPr="00D54FCD">
        <w:t xml:space="preserve"> di </w:t>
      </w:r>
      <w:proofErr w:type="spellStart"/>
      <w:r w:rsidRPr="00D54FCD">
        <w:t>sostegno</w:t>
      </w:r>
      <w:proofErr w:type="spellEnd"/>
      <w:r w:rsidRPr="00D54FCD">
        <w:t xml:space="preserve"> </w:t>
      </w:r>
      <w:proofErr w:type="spellStart"/>
      <w:r w:rsidRPr="00D54FCD">
        <w:t>familiare</w:t>
      </w:r>
      <w:proofErr w:type="spellEnd"/>
      <w:r w:rsidRPr="00D54FCD">
        <w:t xml:space="preserve"> o con </w:t>
      </w:r>
      <w:proofErr w:type="spellStart"/>
      <w:r w:rsidRPr="00D54FCD">
        <w:t>genitori</w:t>
      </w:r>
      <w:proofErr w:type="spellEnd"/>
      <w:r w:rsidRPr="00D54FCD">
        <w:t xml:space="preserve"> </w:t>
      </w:r>
      <w:proofErr w:type="spellStart"/>
      <w:r w:rsidRPr="00D54FCD">
        <w:t>che</w:t>
      </w:r>
      <w:proofErr w:type="spellEnd"/>
      <w:r w:rsidRPr="00D54FCD">
        <w:t xml:space="preserve"> non </w:t>
      </w:r>
      <w:proofErr w:type="spellStart"/>
      <w:r w:rsidRPr="00D54FCD">
        <w:t>sono</w:t>
      </w:r>
      <w:proofErr w:type="spellEnd"/>
      <w:r w:rsidRPr="00D54FCD">
        <w:t xml:space="preserve"> </w:t>
      </w:r>
      <w:proofErr w:type="spellStart"/>
      <w:r w:rsidRPr="00D54FCD">
        <w:t>più</w:t>
      </w:r>
      <w:proofErr w:type="spellEnd"/>
      <w:r w:rsidRPr="00D54FCD">
        <w:t xml:space="preserve"> </w:t>
      </w:r>
      <w:proofErr w:type="spellStart"/>
      <w:r w:rsidRPr="00D54FCD">
        <w:t>nella</w:t>
      </w:r>
      <w:proofErr w:type="spellEnd"/>
      <w:r w:rsidRPr="00D54FCD">
        <w:t xml:space="preserve"> </w:t>
      </w:r>
      <w:proofErr w:type="spellStart"/>
      <w:r w:rsidRPr="00D54FCD">
        <w:t>condizione</w:t>
      </w:r>
      <w:proofErr w:type="spellEnd"/>
      <w:r w:rsidRPr="00D54FCD">
        <w:t xml:space="preserve"> di </w:t>
      </w:r>
      <w:proofErr w:type="spellStart"/>
      <w:r w:rsidRPr="00D54FCD">
        <w:t>garantire</w:t>
      </w:r>
      <w:proofErr w:type="spellEnd"/>
      <w:r w:rsidRPr="00D54FCD">
        <w:t xml:space="preserve"> </w:t>
      </w:r>
      <w:proofErr w:type="spellStart"/>
      <w:r w:rsidRPr="00D54FCD">
        <w:t>nel</w:t>
      </w:r>
      <w:proofErr w:type="spellEnd"/>
      <w:r w:rsidRPr="00D54FCD">
        <w:t xml:space="preserve"> </w:t>
      </w:r>
      <w:proofErr w:type="spellStart"/>
      <w:r w:rsidRPr="00D54FCD">
        <w:t>futuro</w:t>
      </w:r>
      <w:proofErr w:type="spellEnd"/>
      <w:r w:rsidRPr="00D54FCD">
        <w:t xml:space="preserve"> </w:t>
      </w:r>
      <w:proofErr w:type="spellStart"/>
      <w:r w:rsidRPr="00D54FCD">
        <w:t>prossimo</w:t>
      </w:r>
      <w:proofErr w:type="spellEnd"/>
      <w:r w:rsidRPr="00D54FCD">
        <w:t xml:space="preserve"> il </w:t>
      </w:r>
      <w:proofErr w:type="spellStart"/>
      <w:r w:rsidRPr="00D54FCD">
        <w:t>sostegno</w:t>
      </w:r>
      <w:proofErr w:type="spellEnd"/>
      <w:r w:rsidRPr="00D54FCD">
        <w:t xml:space="preserve"> </w:t>
      </w:r>
      <w:proofErr w:type="spellStart"/>
      <w:r w:rsidRPr="00D54FCD">
        <w:t>genitoriale</w:t>
      </w:r>
      <w:proofErr w:type="spellEnd"/>
      <w:r w:rsidRPr="00D54FCD">
        <w:t>.</w:t>
      </w:r>
    </w:p>
    <w:p w14:paraId="13B39554" w14:textId="77777777" w:rsidR="00361F90" w:rsidRPr="00D54FCD" w:rsidRDefault="00560C2C" w:rsidP="00D54FCD">
      <w:r w:rsidRPr="00D54FCD">
        <w:rPr>
          <w:color w:val="000000"/>
        </w:rPr>
        <w:t>A TAL FINE DICHIARA</w:t>
      </w:r>
    </w:p>
    <w:p w14:paraId="6B74788D" w14:textId="18B6068B" w:rsidR="00361F90" w:rsidRPr="00D54FCD" w:rsidRDefault="00560C2C" w:rsidP="00D54FCD">
      <w:r w:rsidRPr="00D54FCD">
        <w:t xml:space="preserve">Che il </w:t>
      </w:r>
      <w:proofErr w:type="spellStart"/>
      <w:r w:rsidRPr="00D54FCD">
        <w:t>beneficiario</w:t>
      </w:r>
      <w:proofErr w:type="spellEnd"/>
      <w:r w:rsidRPr="00D54FCD">
        <w:t xml:space="preserve"> è</w:t>
      </w:r>
      <w:r w:rsidR="00134C74" w:rsidRPr="00D54FCD">
        <w:t xml:space="preserve"> persona con </w:t>
      </w:r>
      <w:proofErr w:type="spellStart"/>
      <w:r w:rsidR="00134C74" w:rsidRPr="00D54FCD">
        <w:t>necessità</w:t>
      </w:r>
      <w:proofErr w:type="spellEnd"/>
      <w:r w:rsidR="00134C74" w:rsidRPr="00D54FCD">
        <w:t xml:space="preserve"> di </w:t>
      </w:r>
      <w:proofErr w:type="spellStart"/>
      <w:r w:rsidR="00134C74" w:rsidRPr="00D54FCD">
        <w:t>sostegno</w:t>
      </w:r>
      <w:proofErr w:type="spellEnd"/>
      <w:r w:rsidR="00134C74" w:rsidRPr="00D54FCD">
        <w:t xml:space="preserve"> </w:t>
      </w:r>
      <w:proofErr w:type="gramStart"/>
      <w:r w:rsidR="00134C74" w:rsidRPr="00D54FCD">
        <w:t xml:space="preserve">intensive  </w:t>
      </w:r>
      <w:r w:rsidRPr="00D54FCD">
        <w:t>ai</w:t>
      </w:r>
      <w:proofErr w:type="gramEnd"/>
      <w:r w:rsidRPr="00D54FCD">
        <w:t xml:space="preserve"> sensi </w:t>
      </w:r>
      <w:proofErr w:type="spellStart"/>
      <w:r w:rsidRPr="00D54FCD">
        <w:t>dell'art</w:t>
      </w:r>
      <w:proofErr w:type="spellEnd"/>
      <w:r w:rsidRPr="00D54FCD">
        <w:t xml:space="preserve">. 3, comma 3, </w:t>
      </w:r>
      <w:proofErr w:type="spellStart"/>
      <w:r w:rsidRPr="00D54FCD">
        <w:t>della</w:t>
      </w:r>
      <w:proofErr w:type="spellEnd"/>
      <w:r w:rsidRPr="00D54FCD">
        <w:t xml:space="preserve"> </w:t>
      </w:r>
      <w:proofErr w:type="spellStart"/>
      <w:r w:rsidRPr="00D54FCD">
        <w:t>Legge</w:t>
      </w:r>
      <w:proofErr w:type="spellEnd"/>
      <w:r w:rsidRPr="00D54FCD">
        <w:t xml:space="preserve"> 5 </w:t>
      </w:r>
      <w:proofErr w:type="spellStart"/>
      <w:r w:rsidRPr="00D54FCD">
        <w:t>febbraio</w:t>
      </w:r>
      <w:proofErr w:type="spellEnd"/>
      <w:r w:rsidRPr="00D54FCD">
        <w:t xml:space="preserve"> 1992, n. 104 (da </w:t>
      </w:r>
      <w:proofErr w:type="spellStart"/>
      <w:r w:rsidRPr="00D54FCD">
        <w:t>allegare</w:t>
      </w:r>
      <w:proofErr w:type="spellEnd"/>
      <w:r w:rsidRPr="00D54FCD">
        <w:t xml:space="preserve"> </w:t>
      </w:r>
      <w:proofErr w:type="spellStart"/>
      <w:r w:rsidRPr="00D54FCD">
        <w:t>all'istanza</w:t>
      </w:r>
      <w:proofErr w:type="spellEnd"/>
      <w:r w:rsidRPr="00D54FCD">
        <w:t xml:space="preserve"> in </w:t>
      </w:r>
      <w:proofErr w:type="spellStart"/>
      <w:r w:rsidRPr="00D54FCD">
        <w:t>busta</w:t>
      </w:r>
      <w:proofErr w:type="spellEnd"/>
      <w:r w:rsidRPr="00D54FCD">
        <w:t xml:space="preserve"> </w:t>
      </w:r>
      <w:proofErr w:type="spellStart"/>
      <w:r w:rsidRPr="00D54FCD">
        <w:t>chiusa</w:t>
      </w:r>
      <w:proofErr w:type="spellEnd"/>
      <w:r w:rsidRPr="00D54FCD">
        <w:t xml:space="preserve"> con </w:t>
      </w:r>
      <w:r w:rsidR="00134C74" w:rsidRPr="00D54FCD">
        <w:t xml:space="preserve">  </w:t>
      </w:r>
      <w:r w:rsidRPr="00D54FCD">
        <w:t>'</w:t>
      </w:r>
      <w:proofErr w:type="spellStart"/>
      <w:r w:rsidRPr="00D54FCD">
        <w:t>indicazione</w:t>
      </w:r>
      <w:proofErr w:type="spellEnd"/>
      <w:r w:rsidRPr="00D54FCD">
        <w:t xml:space="preserve"> </w:t>
      </w:r>
      <w:proofErr w:type="spellStart"/>
      <w:r w:rsidRPr="00D54FCD">
        <w:t>esterna</w:t>
      </w:r>
      <w:proofErr w:type="spellEnd"/>
      <w:r w:rsidRPr="00D54FCD">
        <w:t xml:space="preserve"> "</w:t>
      </w:r>
      <w:proofErr w:type="spellStart"/>
      <w:r w:rsidRPr="00D54FCD">
        <w:t>contiene</w:t>
      </w:r>
      <w:proofErr w:type="spellEnd"/>
      <w:r w:rsidRPr="00D54FCD">
        <w:t xml:space="preserve"> </w:t>
      </w:r>
      <w:proofErr w:type="spellStart"/>
      <w:r w:rsidRPr="00D54FCD">
        <w:t>dati</w:t>
      </w:r>
      <w:proofErr w:type="spellEnd"/>
      <w:r w:rsidRPr="00D54FCD">
        <w:t xml:space="preserve"> </w:t>
      </w:r>
      <w:proofErr w:type="spellStart"/>
      <w:r w:rsidRPr="00D54FCD">
        <w:t>relativi</w:t>
      </w:r>
      <w:proofErr w:type="spellEnd"/>
      <w:r w:rsidRPr="00D54FCD">
        <w:t xml:space="preserve"> </w:t>
      </w:r>
      <w:proofErr w:type="spellStart"/>
      <w:r w:rsidRPr="00D54FCD">
        <w:t>allo</w:t>
      </w:r>
      <w:proofErr w:type="spellEnd"/>
      <w:r w:rsidRPr="00D54FCD">
        <w:t xml:space="preserve"> </w:t>
      </w:r>
      <w:proofErr w:type="spellStart"/>
      <w:r w:rsidRPr="00D54FCD">
        <w:t>stato</w:t>
      </w:r>
      <w:proofErr w:type="spellEnd"/>
      <w:r w:rsidRPr="00D54FCD">
        <w:t xml:space="preserve"> di salute")</w:t>
      </w:r>
      <w:r w:rsidR="000A1003" w:rsidRPr="00D54FCD">
        <w:t>;</w:t>
      </w:r>
    </w:p>
    <w:p w14:paraId="6E41AC89" w14:textId="77777777" w:rsidR="00361F90" w:rsidRPr="00D54FCD" w:rsidRDefault="00560C2C" w:rsidP="00D54FCD">
      <w:r w:rsidRPr="00D54FCD">
        <w:t xml:space="preserve">di </w:t>
      </w:r>
      <w:proofErr w:type="spellStart"/>
      <w:r w:rsidRPr="00D54FCD">
        <w:t>essere</w:t>
      </w:r>
      <w:proofErr w:type="spellEnd"/>
      <w:r w:rsidRPr="00D54FCD">
        <w:t xml:space="preserve"> </w:t>
      </w:r>
      <w:r w:rsidRPr="00D54FCD">
        <w:rPr>
          <w:i/>
        </w:rPr>
        <w:t xml:space="preserve">(da </w:t>
      </w:r>
      <w:proofErr w:type="spellStart"/>
      <w:r w:rsidRPr="00D54FCD">
        <w:rPr>
          <w:i/>
        </w:rPr>
        <w:t>sbarrare</w:t>
      </w:r>
      <w:proofErr w:type="spellEnd"/>
      <w:r w:rsidRPr="00D54FCD">
        <w:rPr>
          <w:i/>
        </w:rPr>
        <w:t xml:space="preserve"> la </w:t>
      </w:r>
      <w:proofErr w:type="spellStart"/>
      <w:r w:rsidRPr="00D54FCD">
        <w:rPr>
          <w:i/>
        </w:rPr>
        <w:t>condizione</w:t>
      </w:r>
      <w:proofErr w:type="spellEnd"/>
      <w:r w:rsidRPr="00D54FCD">
        <w:rPr>
          <w:i/>
        </w:rPr>
        <w:t xml:space="preserve"> </w:t>
      </w:r>
      <w:proofErr w:type="spellStart"/>
      <w:r w:rsidRPr="00D54FCD">
        <w:rPr>
          <w:i/>
        </w:rPr>
        <w:t>prevalente</w:t>
      </w:r>
      <w:proofErr w:type="spellEnd"/>
      <w:r w:rsidRPr="00D54FCD">
        <w:rPr>
          <w:i/>
        </w:rPr>
        <w:t>)</w:t>
      </w:r>
      <w:r w:rsidRPr="00D54FCD">
        <w:t>:</w:t>
      </w:r>
    </w:p>
    <w:p w14:paraId="6884F296" w14:textId="478B0958" w:rsidR="00361F90" w:rsidRPr="00D54FCD" w:rsidRDefault="00560C2C" w:rsidP="00D54FCD">
      <w:r w:rsidRPr="00D54FCD">
        <w:rPr>
          <w:rFonts w:ascii="Segoe UI Symbol" w:hAnsi="Segoe UI Symbol" w:cs="Segoe UI Symbol"/>
        </w:rPr>
        <w:t>☐</w:t>
      </w:r>
      <w:r w:rsidRPr="00D54FCD">
        <w:t xml:space="preserve"> persona </w:t>
      </w:r>
      <w:r w:rsidR="00134C74" w:rsidRPr="00D54FCD">
        <w:t xml:space="preserve"> </w:t>
      </w:r>
      <w:r w:rsidRPr="00D54FCD">
        <w:t xml:space="preserve"> </w:t>
      </w:r>
      <w:r w:rsidR="00134C74" w:rsidRPr="00D54FCD">
        <w:t xml:space="preserve">con </w:t>
      </w:r>
      <w:proofErr w:type="spellStart"/>
      <w:r w:rsidR="00134C74" w:rsidRPr="00D54FCD">
        <w:t>necessità</w:t>
      </w:r>
      <w:proofErr w:type="spellEnd"/>
      <w:r w:rsidR="00134C74" w:rsidRPr="00D54FCD">
        <w:t xml:space="preserve"> di </w:t>
      </w:r>
      <w:proofErr w:type="spellStart"/>
      <w:r w:rsidR="00134C74" w:rsidRPr="00D54FCD">
        <w:t>sostegno</w:t>
      </w:r>
      <w:proofErr w:type="spellEnd"/>
      <w:r w:rsidR="00134C74" w:rsidRPr="00D54FCD">
        <w:t xml:space="preserve"> </w:t>
      </w:r>
      <w:proofErr w:type="spellStart"/>
      <w:proofErr w:type="gramStart"/>
      <w:r w:rsidR="00134C74" w:rsidRPr="00D54FCD">
        <w:t>intensivo</w:t>
      </w:r>
      <w:proofErr w:type="spellEnd"/>
      <w:r w:rsidR="00134C74" w:rsidRPr="00D54FCD">
        <w:t xml:space="preserve">  </w:t>
      </w:r>
      <w:proofErr w:type="spellStart"/>
      <w:r w:rsidRPr="00D54FCD">
        <w:t>mancante</w:t>
      </w:r>
      <w:proofErr w:type="spellEnd"/>
      <w:proofErr w:type="gramEnd"/>
      <w:r w:rsidRPr="00D54FCD">
        <w:t xml:space="preserve"> di </w:t>
      </w:r>
      <w:proofErr w:type="spellStart"/>
      <w:r w:rsidRPr="00D54FCD">
        <w:t>entrambi</w:t>
      </w:r>
      <w:proofErr w:type="spellEnd"/>
      <w:r w:rsidRPr="00D54FCD">
        <w:t xml:space="preserve"> </w:t>
      </w:r>
      <w:proofErr w:type="spellStart"/>
      <w:r w:rsidRPr="00D54FCD">
        <w:t>i</w:t>
      </w:r>
      <w:proofErr w:type="spellEnd"/>
      <w:r w:rsidRPr="00D54FCD">
        <w:t xml:space="preserve"> </w:t>
      </w:r>
      <w:proofErr w:type="spellStart"/>
      <w:r w:rsidRPr="00D54FCD">
        <w:t>genitori</w:t>
      </w:r>
      <w:proofErr w:type="spellEnd"/>
      <w:r w:rsidRPr="00D54FCD">
        <w:t xml:space="preserve">, del </w:t>
      </w:r>
      <w:proofErr w:type="spellStart"/>
      <w:r w:rsidRPr="00D54FCD">
        <w:t>tutto</w:t>
      </w:r>
      <w:proofErr w:type="spellEnd"/>
      <w:r w:rsidRPr="00D54FCD">
        <w:t xml:space="preserve"> </w:t>
      </w:r>
      <w:proofErr w:type="spellStart"/>
      <w:r w:rsidRPr="00D54FCD">
        <w:t>priva</w:t>
      </w:r>
      <w:proofErr w:type="spellEnd"/>
      <w:r w:rsidRPr="00D54FCD">
        <w:t xml:space="preserve"> di </w:t>
      </w:r>
      <w:proofErr w:type="spellStart"/>
      <w:r w:rsidRPr="00D54FCD">
        <w:t>risorse</w:t>
      </w:r>
      <w:proofErr w:type="spellEnd"/>
      <w:r w:rsidRPr="00D54FCD">
        <w:t xml:space="preserve"> </w:t>
      </w:r>
      <w:proofErr w:type="spellStart"/>
      <w:r w:rsidRPr="00D54FCD">
        <w:t>economiche</w:t>
      </w:r>
      <w:proofErr w:type="spellEnd"/>
      <w:r w:rsidRPr="00D54FCD">
        <w:t xml:space="preserve"> </w:t>
      </w:r>
      <w:proofErr w:type="spellStart"/>
      <w:r w:rsidRPr="00D54FCD">
        <w:t>reddituali</w:t>
      </w:r>
      <w:proofErr w:type="spellEnd"/>
      <w:r w:rsidRPr="00D54FCD">
        <w:t xml:space="preserve"> e </w:t>
      </w:r>
      <w:proofErr w:type="spellStart"/>
      <w:r w:rsidRPr="00D54FCD">
        <w:t>patrimoniali</w:t>
      </w:r>
      <w:proofErr w:type="spellEnd"/>
      <w:r w:rsidRPr="00D54FCD">
        <w:t xml:space="preserve">, </w:t>
      </w:r>
      <w:proofErr w:type="spellStart"/>
      <w:r w:rsidRPr="00D54FCD">
        <w:t>che</w:t>
      </w:r>
      <w:proofErr w:type="spellEnd"/>
      <w:r w:rsidRPr="00D54FCD">
        <w:t xml:space="preserve"> non </w:t>
      </w:r>
      <w:proofErr w:type="spellStart"/>
      <w:r w:rsidRPr="00D54FCD">
        <w:t>siano</w:t>
      </w:r>
      <w:proofErr w:type="spellEnd"/>
      <w:r w:rsidRPr="00D54FCD">
        <w:t xml:space="preserve"> </w:t>
      </w:r>
      <w:proofErr w:type="spellStart"/>
      <w:r w:rsidRPr="00D54FCD">
        <w:t>i</w:t>
      </w:r>
      <w:proofErr w:type="spellEnd"/>
      <w:r w:rsidRPr="00D54FCD">
        <w:t xml:space="preserve"> </w:t>
      </w:r>
      <w:proofErr w:type="spellStart"/>
      <w:r w:rsidRPr="00D54FCD">
        <w:t>trattamenti</w:t>
      </w:r>
      <w:proofErr w:type="spellEnd"/>
      <w:r w:rsidRPr="00D54FCD">
        <w:t xml:space="preserve"> </w:t>
      </w:r>
      <w:proofErr w:type="spellStart"/>
      <w:r w:rsidRPr="00D54FCD">
        <w:t>percepiti</w:t>
      </w:r>
      <w:proofErr w:type="spellEnd"/>
      <w:r w:rsidRPr="00D54FCD">
        <w:t xml:space="preserve"> in </w:t>
      </w:r>
      <w:proofErr w:type="spellStart"/>
      <w:r w:rsidRPr="00D54FCD">
        <w:t>ragione</w:t>
      </w:r>
      <w:proofErr w:type="spellEnd"/>
      <w:r w:rsidRPr="00D54FCD">
        <w:t xml:space="preserve"> </w:t>
      </w:r>
      <w:proofErr w:type="spellStart"/>
      <w:r w:rsidRPr="00D54FCD">
        <w:t>della</w:t>
      </w:r>
      <w:proofErr w:type="spellEnd"/>
      <w:r w:rsidRPr="00D54FCD">
        <w:t xml:space="preserve"> </w:t>
      </w:r>
      <w:proofErr w:type="spellStart"/>
      <w:r w:rsidRPr="00D54FCD">
        <w:t>condizione</w:t>
      </w:r>
      <w:proofErr w:type="spellEnd"/>
      <w:r w:rsidRPr="00D54FCD">
        <w:t xml:space="preserve"> di </w:t>
      </w:r>
      <w:proofErr w:type="spellStart"/>
      <w:r w:rsidRPr="00D54FCD">
        <w:t>disabilità</w:t>
      </w:r>
      <w:proofErr w:type="spellEnd"/>
      <w:r w:rsidRPr="00D54FCD">
        <w:t>;</w:t>
      </w:r>
    </w:p>
    <w:p w14:paraId="4F5B5735" w14:textId="5972D09F" w:rsidR="00361F90" w:rsidRPr="00D54FCD" w:rsidRDefault="00560C2C" w:rsidP="00D54FCD">
      <w:r w:rsidRPr="00D54FCD">
        <w:rPr>
          <w:rFonts w:ascii="Segoe UI Symbol" w:hAnsi="Segoe UI Symbol" w:cs="Segoe UI Symbol"/>
        </w:rPr>
        <w:t>☐</w:t>
      </w:r>
      <w:r w:rsidRPr="00D54FCD">
        <w:t xml:space="preserve"> persona </w:t>
      </w:r>
      <w:r w:rsidR="00134C74" w:rsidRPr="00D54FCD">
        <w:t xml:space="preserve">con </w:t>
      </w:r>
      <w:proofErr w:type="spellStart"/>
      <w:r w:rsidR="00134C74" w:rsidRPr="00D54FCD">
        <w:t>necessità</w:t>
      </w:r>
      <w:proofErr w:type="spellEnd"/>
      <w:r w:rsidR="00134C74" w:rsidRPr="00D54FCD">
        <w:t xml:space="preserve"> di </w:t>
      </w:r>
      <w:proofErr w:type="spellStart"/>
      <w:r w:rsidR="00134C74" w:rsidRPr="00D54FCD">
        <w:t>sostegno</w:t>
      </w:r>
      <w:proofErr w:type="spellEnd"/>
      <w:r w:rsidR="00134C74" w:rsidRPr="00D54FCD">
        <w:t xml:space="preserve"> </w:t>
      </w:r>
      <w:proofErr w:type="gramStart"/>
      <w:r w:rsidR="00134C74" w:rsidRPr="00D54FCD">
        <w:t xml:space="preserve">intensive  </w:t>
      </w:r>
      <w:proofErr w:type="spellStart"/>
      <w:r w:rsidRPr="00D54FCD">
        <w:t>i</w:t>
      </w:r>
      <w:proofErr w:type="spellEnd"/>
      <w:proofErr w:type="gramEnd"/>
      <w:r w:rsidRPr="00D54FCD">
        <w:t xml:space="preserve"> cui </w:t>
      </w:r>
      <w:proofErr w:type="spellStart"/>
      <w:r w:rsidRPr="00D54FCD">
        <w:t>genitori</w:t>
      </w:r>
      <w:proofErr w:type="spellEnd"/>
      <w:r w:rsidRPr="00D54FCD">
        <w:t xml:space="preserve">, per </w:t>
      </w:r>
      <w:proofErr w:type="spellStart"/>
      <w:r w:rsidRPr="00D54FCD">
        <w:t>ragioni</w:t>
      </w:r>
      <w:proofErr w:type="spellEnd"/>
      <w:r w:rsidRPr="00D54FCD">
        <w:t xml:space="preserve"> </w:t>
      </w:r>
      <w:proofErr w:type="spellStart"/>
      <w:r w:rsidRPr="00D54FCD">
        <w:t>connesse</w:t>
      </w:r>
      <w:proofErr w:type="spellEnd"/>
      <w:r w:rsidRPr="00D54FCD">
        <w:t xml:space="preserve">, in </w:t>
      </w:r>
      <w:proofErr w:type="spellStart"/>
      <w:r w:rsidRPr="00D54FCD">
        <w:t>particolare</w:t>
      </w:r>
      <w:proofErr w:type="spellEnd"/>
      <w:r w:rsidRPr="00D54FCD">
        <w:t xml:space="preserve">, </w:t>
      </w:r>
      <w:proofErr w:type="spellStart"/>
      <w:r w:rsidRPr="00D54FCD">
        <w:t>all'età</w:t>
      </w:r>
      <w:proofErr w:type="spellEnd"/>
      <w:r w:rsidRPr="00D54FCD">
        <w:t xml:space="preserve"> </w:t>
      </w:r>
      <w:proofErr w:type="spellStart"/>
      <w:r w:rsidRPr="00D54FCD">
        <w:t>ovvero</w:t>
      </w:r>
      <w:proofErr w:type="spellEnd"/>
      <w:r w:rsidRPr="00D54FCD">
        <w:t xml:space="preserve"> </w:t>
      </w:r>
      <w:proofErr w:type="spellStart"/>
      <w:r w:rsidRPr="00D54FCD">
        <w:t>alla</w:t>
      </w:r>
      <w:proofErr w:type="spellEnd"/>
      <w:r w:rsidRPr="00D54FCD">
        <w:t xml:space="preserve"> propria </w:t>
      </w:r>
      <w:proofErr w:type="spellStart"/>
      <w:r w:rsidRPr="00D54FCD">
        <w:t>situazione</w:t>
      </w:r>
      <w:proofErr w:type="spellEnd"/>
      <w:r w:rsidRPr="00D54FCD">
        <w:t xml:space="preserve"> di </w:t>
      </w:r>
      <w:proofErr w:type="spellStart"/>
      <w:r w:rsidRPr="00D54FCD">
        <w:t>disabilità</w:t>
      </w:r>
      <w:proofErr w:type="spellEnd"/>
      <w:r w:rsidRPr="00D54FCD">
        <w:t xml:space="preserve">, </w:t>
      </w:r>
      <w:proofErr w:type="spellStart"/>
      <w:r w:rsidRPr="00D54FCD">
        <w:t>non sono</w:t>
      </w:r>
      <w:proofErr w:type="spellEnd"/>
      <w:r w:rsidRPr="00D54FCD">
        <w:t xml:space="preserve"> </w:t>
      </w:r>
      <w:proofErr w:type="spellStart"/>
      <w:r w:rsidRPr="00D54FCD">
        <w:t>più</w:t>
      </w:r>
      <w:proofErr w:type="spellEnd"/>
      <w:r w:rsidRPr="00D54FCD">
        <w:t xml:space="preserve"> </w:t>
      </w:r>
      <w:proofErr w:type="spellStart"/>
      <w:r w:rsidRPr="00D54FCD">
        <w:t>nella</w:t>
      </w:r>
      <w:proofErr w:type="spellEnd"/>
      <w:r w:rsidRPr="00D54FCD">
        <w:t xml:space="preserve"> </w:t>
      </w:r>
      <w:proofErr w:type="spellStart"/>
      <w:r w:rsidRPr="00D54FCD">
        <w:t>condizione</w:t>
      </w:r>
      <w:proofErr w:type="spellEnd"/>
      <w:r w:rsidRPr="00D54FCD">
        <w:t xml:space="preserve"> di </w:t>
      </w:r>
      <w:proofErr w:type="spellStart"/>
      <w:r w:rsidRPr="00D54FCD">
        <w:t>continuare</w:t>
      </w:r>
      <w:proofErr w:type="spellEnd"/>
      <w:r w:rsidRPr="00D54FCD">
        <w:t xml:space="preserve"> a </w:t>
      </w:r>
      <w:proofErr w:type="spellStart"/>
      <w:r w:rsidRPr="00D54FCD">
        <w:t>garantirgli</w:t>
      </w:r>
      <w:proofErr w:type="spellEnd"/>
      <w:r w:rsidRPr="00D54FCD">
        <w:t xml:space="preserve">/le </w:t>
      </w:r>
      <w:proofErr w:type="spellStart"/>
      <w:r w:rsidRPr="00D54FCD">
        <w:t>nel</w:t>
      </w:r>
      <w:proofErr w:type="spellEnd"/>
      <w:r w:rsidRPr="00D54FCD">
        <w:t xml:space="preserve"> </w:t>
      </w:r>
      <w:proofErr w:type="spellStart"/>
      <w:r w:rsidRPr="00D54FCD">
        <w:t>futuro</w:t>
      </w:r>
      <w:proofErr w:type="spellEnd"/>
      <w:r w:rsidRPr="00D54FCD">
        <w:t xml:space="preserve"> </w:t>
      </w:r>
      <w:proofErr w:type="spellStart"/>
      <w:r w:rsidRPr="00D54FCD">
        <w:t>prossimo</w:t>
      </w:r>
      <w:proofErr w:type="spellEnd"/>
      <w:r w:rsidRPr="00D54FCD">
        <w:t xml:space="preserve"> il </w:t>
      </w:r>
      <w:proofErr w:type="spellStart"/>
      <w:r w:rsidRPr="00D54FCD">
        <w:t>sostegno</w:t>
      </w:r>
      <w:proofErr w:type="spellEnd"/>
      <w:r w:rsidRPr="00D54FCD">
        <w:t xml:space="preserve"> </w:t>
      </w:r>
      <w:proofErr w:type="spellStart"/>
      <w:r w:rsidRPr="00D54FCD">
        <w:t>genitoriale</w:t>
      </w:r>
      <w:proofErr w:type="spellEnd"/>
      <w:r w:rsidRPr="00D54FCD">
        <w:t xml:space="preserve"> </w:t>
      </w:r>
      <w:proofErr w:type="spellStart"/>
      <w:r w:rsidRPr="00D54FCD">
        <w:t>necessario</w:t>
      </w:r>
      <w:proofErr w:type="spellEnd"/>
      <w:r w:rsidRPr="00D54FCD">
        <w:t xml:space="preserve"> ad </w:t>
      </w:r>
      <w:proofErr w:type="spellStart"/>
      <w:r w:rsidRPr="00D54FCD">
        <w:t>una</w:t>
      </w:r>
      <w:proofErr w:type="spellEnd"/>
      <w:r w:rsidRPr="00D54FCD">
        <w:t xml:space="preserve"> vita </w:t>
      </w:r>
      <w:proofErr w:type="spellStart"/>
      <w:r w:rsidRPr="00D54FCD">
        <w:t>dignitosa</w:t>
      </w:r>
      <w:proofErr w:type="spellEnd"/>
      <w:r w:rsidRPr="00D54FCD">
        <w:t>;</w:t>
      </w:r>
    </w:p>
    <w:p w14:paraId="7E2D699C" w14:textId="77777777" w:rsidR="00361F90" w:rsidRPr="00D54FCD" w:rsidRDefault="00560C2C" w:rsidP="00D54FCD">
      <w:r w:rsidRPr="00D54FCD">
        <w:rPr>
          <w:rFonts w:ascii="Segoe UI Symbol" w:hAnsi="Segoe UI Symbol" w:cs="Segoe UI Symbol"/>
        </w:rPr>
        <w:t>☐</w:t>
      </w:r>
      <w:r w:rsidRPr="00D54FCD">
        <w:t xml:space="preserve"> persona con </w:t>
      </w:r>
      <w:proofErr w:type="spellStart"/>
      <w:r w:rsidRPr="00D54FCD">
        <w:t>disabilità</w:t>
      </w:r>
      <w:proofErr w:type="spellEnd"/>
      <w:r w:rsidRPr="00D54FCD">
        <w:t xml:space="preserve"> grave </w:t>
      </w:r>
      <w:proofErr w:type="spellStart"/>
      <w:r w:rsidRPr="00D54FCD">
        <w:t>già</w:t>
      </w:r>
      <w:proofErr w:type="spellEnd"/>
      <w:r w:rsidRPr="00D54FCD">
        <w:t xml:space="preserve"> </w:t>
      </w:r>
      <w:proofErr w:type="spellStart"/>
      <w:r w:rsidRPr="00D54FCD">
        <w:t>inserita</w:t>
      </w:r>
      <w:proofErr w:type="spellEnd"/>
      <w:r w:rsidRPr="00D54FCD">
        <w:t xml:space="preserve"> in </w:t>
      </w:r>
      <w:proofErr w:type="spellStart"/>
      <w:r w:rsidRPr="00D54FCD">
        <w:t>struttura</w:t>
      </w:r>
      <w:proofErr w:type="spellEnd"/>
      <w:r w:rsidRPr="00D54FCD">
        <w:t xml:space="preserve"> </w:t>
      </w:r>
      <w:proofErr w:type="spellStart"/>
      <w:r w:rsidRPr="00D54FCD">
        <w:t>residenziale</w:t>
      </w:r>
      <w:proofErr w:type="spellEnd"/>
      <w:r w:rsidRPr="00D54FCD">
        <w:t xml:space="preserve"> </w:t>
      </w:r>
      <w:proofErr w:type="spellStart"/>
      <w:r w:rsidRPr="00D54FCD">
        <w:t>dalle</w:t>
      </w:r>
      <w:proofErr w:type="spellEnd"/>
      <w:r w:rsidRPr="00D54FCD">
        <w:t xml:space="preserve"> </w:t>
      </w:r>
      <w:proofErr w:type="spellStart"/>
      <w:r w:rsidRPr="00D54FCD">
        <w:t>caratteristiche</w:t>
      </w:r>
      <w:proofErr w:type="spellEnd"/>
      <w:r w:rsidRPr="00D54FCD">
        <w:t xml:space="preserve"> molto </w:t>
      </w:r>
      <w:proofErr w:type="spellStart"/>
      <w:r w:rsidRPr="00D54FCD">
        <w:t>lontane</w:t>
      </w:r>
      <w:proofErr w:type="spellEnd"/>
      <w:r w:rsidRPr="00D54FCD">
        <w:t xml:space="preserve"> da quelle </w:t>
      </w:r>
      <w:proofErr w:type="spellStart"/>
      <w:r w:rsidRPr="00D54FCD">
        <w:t>che</w:t>
      </w:r>
      <w:proofErr w:type="spellEnd"/>
      <w:r w:rsidRPr="00D54FCD">
        <w:t xml:space="preserve"> </w:t>
      </w:r>
      <w:proofErr w:type="spellStart"/>
      <w:r w:rsidRPr="00D54FCD">
        <w:t>riproducono</w:t>
      </w:r>
      <w:proofErr w:type="spellEnd"/>
      <w:r w:rsidRPr="00D54FCD">
        <w:t xml:space="preserve"> le </w:t>
      </w:r>
      <w:proofErr w:type="spellStart"/>
      <w:r w:rsidRPr="00D54FCD">
        <w:t>condizioni</w:t>
      </w:r>
      <w:proofErr w:type="spellEnd"/>
      <w:r w:rsidRPr="00D54FCD">
        <w:t xml:space="preserve"> </w:t>
      </w:r>
      <w:proofErr w:type="spellStart"/>
      <w:r w:rsidRPr="00D54FCD">
        <w:t>abitative</w:t>
      </w:r>
      <w:proofErr w:type="spellEnd"/>
      <w:r w:rsidRPr="00D54FCD">
        <w:t xml:space="preserve"> e </w:t>
      </w:r>
      <w:proofErr w:type="spellStart"/>
      <w:r w:rsidRPr="00D54FCD">
        <w:t>relazionali</w:t>
      </w:r>
      <w:proofErr w:type="spellEnd"/>
      <w:r w:rsidRPr="00D54FCD">
        <w:t xml:space="preserve"> </w:t>
      </w:r>
      <w:proofErr w:type="spellStart"/>
      <w:r w:rsidRPr="00D54FCD">
        <w:t>della</w:t>
      </w:r>
      <w:proofErr w:type="spellEnd"/>
      <w:r w:rsidRPr="00D54FCD">
        <w:t xml:space="preserve"> casa </w:t>
      </w:r>
      <w:proofErr w:type="spellStart"/>
      <w:r w:rsidRPr="00D54FCD">
        <w:t>familiare</w:t>
      </w:r>
      <w:proofErr w:type="spellEnd"/>
      <w:r w:rsidRPr="00D54FCD">
        <w:t xml:space="preserve">, come individuate </w:t>
      </w:r>
      <w:proofErr w:type="spellStart"/>
      <w:r w:rsidRPr="00D54FCD">
        <w:t>all'art</w:t>
      </w:r>
      <w:proofErr w:type="spellEnd"/>
      <w:r w:rsidRPr="00D54FCD">
        <w:t xml:space="preserve">. 3, comma 4, del D.M. 23 </w:t>
      </w:r>
      <w:proofErr w:type="spellStart"/>
      <w:r w:rsidRPr="00D54FCD">
        <w:t>novembre</w:t>
      </w:r>
      <w:proofErr w:type="spellEnd"/>
      <w:r w:rsidRPr="00D54FCD">
        <w:t xml:space="preserve"> 2016, per la quale </w:t>
      </w:r>
      <w:proofErr w:type="spellStart"/>
      <w:r w:rsidRPr="00D54FCD">
        <w:t>si</w:t>
      </w:r>
      <w:proofErr w:type="spellEnd"/>
      <w:r w:rsidRPr="00D54FCD">
        <w:t xml:space="preserve"> </w:t>
      </w:r>
      <w:proofErr w:type="spellStart"/>
      <w:r w:rsidRPr="00D54FCD">
        <w:t>richiede</w:t>
      </w:r>
      <w:proofErr w:type="spellEnd"/>
      <w:r w:rsidRPr="00D54FCD">
        <w:t xml:space="preserve"> un </w:t>
      </w:r>
      <w:proofErr w:type="spellStart"/>
      <w:r w:rsidRPr="00D54FCD">
        <w:t>percorso</w:t>
      </w:r>
      <w:proofErr w:type="spellEnd"/>
      <w:r w:rsidRPr="00D54FCD">
        <w:t xml:space="preserve"> di </w:t>
      </w:r>
      <w:proofErr w:type="spellStart"/>
      <w:r w:rsidRPr="00D54FCD">
        <w:t>deistituzionalizzazione</w:t>
      </w:r>
      <w:proofErr w:type="spellEnd"/>
      <w:r w:rsidRPr="00D54FCD">
        <w:t>;</w:t>
      </w:r>
    </w:p>
    <w:p w14:paraId="2F399250" w14:textId="77777777" w:rsidR="00361F90" w:rsidRPr="00D54FCD" w:rsidRDefault="00560C2C" w:rsidP="00D54FCD">
      <w:r w:rsidRPr="00D54FCD">
        <w:rPr>
          <w:rFonts w:ascii="Segoe UI Symbol" w:hAnsi="Segoe UI Symbol" w:cs="Segoe UI Symbol"/>
        </w:rPr>
        <w:t>☐</w:t>
      </w:r>
      <w:r w:rsidRPr="00D54FCD">
        <w:t xml:space="preserve"> persona con </w:t>
      </w:r>
      <w:proofErr w:type="spellStart"/>
      <w:r w:rsidRPr="00D54FCD">
        <w:t>disabilità</w:t>
      </w:r>
      <w:proofErr w:type="spellEnd"/>
      <w:r w:rsidRPr="00D54FCD">
        <w:t xml:space="preserve"> grave in </w:t>
      </w:r>
      <w:proofErr w:type="spellStart"/>
      <w:r w:rsidRPr="00D54FCD">
        <w:t>favore</w:t>
      </w:r>
      <w:proofErr w:type="spellEnd"/>
      <w:r w:rsidRPr="00D54FCD">
        <w:t xml:space="preserve"> </w:t>
      </w:r>
      <w:proofErr w:type="spellStart"/>
      <w:r w:rsidRPr="00D54FCD">
        <w:t>della</w:t>
      </w:r>
      <w:proofErr w:type="spellEnd"/>
      <w:r w:rsidRPr="00D54FCD">
        <w:t xml:space="preserve"> quale è </w:t>
      </w:r>
      <w:proofErr w:type="spellStart"/>
      <w:r w:rsidRPr="00D54FCD">
        <w:t>stato</w:t>
      </w:r>
      <w:proofErr w:type="spellEnd"/>
      <w:r w:rsidRPr="00D54FCD">
        <w:t xml:space="preserve"> </w:t>
      </w:r>
      <w:proofErr w:type="spellStart"/>
      <w:r w:rsidRPr="00D54FCD">
        <w:t>reso</w:t>
      </w:r>
      <w:proofErr w:type="spellEnd"/>
      <w:r w:rsidRPr="00D54FCD">
        <w:t xml:space="preserve"> </w:t>
      </w:r>
      <w:proofErr w:type="spellStart"/>
      <w:r w:rsidRPr="00D54FCD">
        <w:t>disponibile</w:t>
      </w:r>
      <w:proofErr w:type="spellEnd"/>
      <w:r w:rsidRPr="00D54FCD">
        <w:t xml:space="preserve"> </w:t>
      </w:r>
      <w:proofErr w:type="spellStart"/>
      <w:r w:rsidRPr="00D54FCD">
        <w:t>patrimonio</w:t>
      </w:r>
      <w:proofErr w:type="spellEnd"/>
      <w:r w:rsidRPr="00D54FCD">
        <w:t xml:space="preserve"> da </w:t>
      </w:r>
      <w:proofErr w:type="spellStart"/>
      <w:r w:rsidRPr="00D54FCD">
        <w:t>parte</w:t>
      </w:r>
      <w:proofErr w:type="spellEnd"/>
      <w:r w:rsidRPr="00D54FCD">
        <w:t xml:space="preserve"> di </w:t>
      </w:r>
      <w:proofErr w:type="spellStart"/>
      <w:r w:rsidRPr="00D54FCD">
        <w:t>familiari</w:t>
      </w:r>
      <w:proofErr w:type="spellEnd"/>
      <w:r w:rsidRPr="00D54FCD">
        <w:t xml:space="preserve"> o </w:t>
      </w:r>
      <w:proofErr w:type="spellStart"/>
      <w:r w:rsidRPr="00D54FCD">
        <w:t>reti</w:t>
      </w:r>
      <w:proofErr w:type="spellEnd"/>
      <w:r w:rsidRPr="00D54FCD">
        <w:t xml:space="preserve"> associative di </w:t>
      </w:r>
      <w:proofErr w:type="spellStart"/>
      <w:r w:rsidRPr="00D54FCD">
        <w:t>familiari</w:t>
      </w:r>
      <w:proofErr w:type="spellEnd"/>
      <w:r w:rsidRPr="00D54FCD">
        <w:t xml:space="preserve">, ai sensi </w:t>
      </w:r>
      <w:proofErr w:type="spellStart"/>
      <w:r w:rsidRPr="00D54FCD">
        <w:t>dell'art</w:t>
      </w:r>
      <w:proofErr w:type="spellEnd"/>
      <w:r w:rsidRPr="00D54FCD">
        <w:t xml:space="preserve">. 4, comma 4, del D.M. 23 </w:t>
      </w:r>
      <w:proofErr w:type="spellStart"/>
      <w:r w:rsidRPr="00D54FCD">
        <w:t>novembre</w:t>
      </w:r>
      <w:proofErr w:type="spellEnd"/>
      <w:r w:rsidRPr="00D54FCD">
        <w:t xml:space="preserve"> 2016.</w:t>
      </w:r>
    </w:p>
    <w:p w14:paraId="2E77411E" w14:textId="77777777" w:rsidR="000A1003" w:rsidRPr="00D54FCD" w:rsidRDefault="00560C2C" w:rsidP="00D54FCD">
      <w:r w:rsidRPr="00D54FCD">
        <w:t xml:space="preserve">Il </w:t>
      </w:r>
      <w:proofErr w:type="spellStart"/>
      <w:r w:rsidRPr="00D54FCD">
        <w:t>beneficiario</w:t>
      </w:r>
      <w:proofErr w:type="spellEnd"/>
      <w:r w:rsidRPr="00D54FCD">
        <w:t xml:space="preserve"> </w:t>
      </w:r>
      <w:proofErr w:type="spellStart"/>
      <w:r w:rsidRPr="00D54FCD">
        <w:t>attualmente</w:t>
      </w:r>
      <w:proofErr w:type="spellEnd"/>
      <w:r w:rsidRPr="00D54FCD">
        <w:t xml:space="preserve"> </w:t>
      </w:r>
      <w:r w:rsidRPr="00D54FCD">
        <w:rPr>
          <w:i/>
        </w:rPr>
        <w:t xml:space="preserve">(da </w:t>
      </w:r>
      <w:proofErr w:type="spellStart"/>
      <w:r w:rsidRPr="00D54FCD">
        <w:rPr>
          <w:i/>
        </w:rPr>
        <w:t>sbarrare</w:t>
      </w:r>
      <w:proofErr w:type="spellEnd"/>
      <w:r w:rsidRPr="00D54FCD">
        <w:rPr>
          <w:i/>
        </w:rPr>
        <w:t>)</w:t>
      </w:r>
      <w:r w:rsidRPr="00D54FCD">
        <w:t>:</w:t>
      </w:r>
    </w:p>
    <w:p w14:paraId="5F1DAD66" w14:textId="77777777" w:rsidR="000A1003" w:rsidRPr="00D54FCD" w:rsidRDefault="00560C2C" w:rsidP="00D54FCD">
      <w:pPr>
        <w:rPr>
          <w:bCs/>
        </w:rPr>
      </w:pPr>
      <w:r w:rsidRPr="00D54FCD">
        <w:t xml:space="preserve">□ </w:t>
      </w:r>
      <w:proofErr w:type="spellStart"/>
      <w:r w:rsidRPr="00D54FCD">
        <w:t>Vive</w:t>
      </w:r>
      <w:proofErr w:type="spellEnd"/>
      <w:r w:rsidRPr="00D54FCD">
        <w:t xml:space="preserve"> con </w:t>
      </w:r>
      <w:proofErr w:type="spellStart"/>
      <w:r w:rsidRPr="00D54FCD">
        <w:t>i</w:t>
      </w:r>
      <w:proofErr w:type="spellEnd"/>
      <w:r w:rsidRPr="00D54FCD">
        <w:t xml:space="preserve"> </w:t>
      </w:r>
      <w:proofErr w:type="spellStart"/>
      <w:r w:rsidRPr="00D54FCD">
        <w:t>genitori</w:t>
      </w:r>
      <w:proofErr w:type="spellEnd"/>
      <w:r w:rsidRPr="00D54FCD">
        <w:t xml:space="preserve"> / </w:t>
      </w:r>
      <w:proofErr w:type="spellStart"/>
      <w:r w:rsidRPr="00D54FCD">
        <w:t>familiari</w:t>
      </w:r>
      <w:proofErr w:type="spellEnd"/>
      <w:r w:rsidRPr="00D54FCD">
        <w:br/>
        <w:t xml:space="preserve">□ </w:t>
      </w:r>
      <w:proofErr w:type="spellStart"/>
      <w:r w:rsidRPr="00D54FCD">
        <w:t>Vive</w:t>
      </w:r>
      <w:proofErr w:type="spellEnd"/>
      <w:r w:rsidRPr="00D54FCD">
        <w:t xml:space="preserve"> in </w:t>
      </w:r>
      <w:proofErr w:type="spellStart"/>
      <w:r w:rsidRPr="00D54FCD">
        <w:t>struttura</w:t>
      </w:r>
      <w:proofErr w:type="spellEnd"/>
      <w:r w:rsidRPr="00D54FCD">
        <w:t xml:space="preserve"> </w:t>
      </w:r>
      <w:proofErr w:type="spellStart"/>
      <w:r w:rsidRPr="00D54FCD">
        <w:t>residenziale</w:t>
      </w:r>
      <w:proofErr w:type="spellEnd"/>
      <w:r w:rsidRPr="00D54FCD">
        <w:t xml:space="preserve"> (</w:t>
      </w:r>
      <w:proofErr w:type="spellStart"/>
      <w:r w:rsidRPr="00D54FCD">
        <w:t>denominazione</w:t>
      </w:r>
      <w:proofErr w:type="spellEnd"/>
      <w:r w:rsidRPr="00D54FCD">
        <w:t xml:space="preserve">): </w:t>
      </w:r>
      <w:r w:rsidR="000A1003" w:rsidRPr="00D54FCD">
        <w:rPr>
          <w:b/>
        </w:rPr>
        <w:t xml:space="preserve">_______________________________________ </w:t>
      </w:r>
      <w:proofErr w:type="spellStart"/>
      <w:r w:rsidR="000A1003" w:rsidRPr="00D54FCD">
        <w:rPr>
          <w:bCs/>
        </w:rPr>
        <w:t>sede</w:t>
      </w:r>
      <w:proofErr w:type="spellEnd"/>
      <w:r w:rsidR="000A1003" w:rsidRPr="00D54FCD">
        <w:rPr>
          <w:bCs/>
        </w:rPr>
        <w:t xml:space="preserve"> in __________________________________</w:t>
      </w:r>
    </w:p>
    <w:p w14:paraId="4EAEDEA7" w14:textId="39BE55F6" w:rsidR="00361F90" w:rsidRPr="00D54FCD" w:rsidRDefault="00560C2C" w:rsidP="00D54FCD">
      <w:r w:rsidRPr="00D54FCD">
        <w:t xml:space="preserve">□ </w:t>
      </w:r>
      <w:proofErr w:type="spellStart"/>
      <w:r w:rsidRPr="00D54FCD">
        <w:t>Altro</w:t>
      </w:r>
      <w:proofErr w:type="spellEnd"/>
      <w:r w:rsidRPr="00D54FCD">
        <w:t xml:space="preserve"> </w:t>
      </w:r>
      <w:r w:rsidRPr="00D54FCD">
        <w:rPr>
          <w:i/>
        </w:rPr>
        <w:t>(</w:t>
      </w:r>
      <w:proofErr w:type="spellStart"/>
      <w:r w:rsidRPr="00D54FCD">
        <w:rPr>
          <w:i/>
        </w:rPr>
        <w:t>specificare</w:t>
      </w:r>
      <w:proofErr w:type="spellEnd"/>
      <w:r w:rsidRPr="00D54FCD">
        <w:rPr>
          <w:i/>
        </w:rPr>
        <w:t>)</w:t>
      </w:r>
      <w:r w:rsidRPr="00D54FCD">
        <w:t xml:space="preserve">: </w:t>
      </w:r>
      <w:r w:rsidR="000A1003" w:rsidRPr="00D54FCD">
        <w:rPr>
          <w:b/>
        </w:rPr>
        <w:t>__________________________________</w:t>
      </w:r>
    </w:p>
    <w:p w14:paraId="7C3DE7A9" w14:textId="2E6D3016" w:rsidR="000A1003" w:rsidRPr="00D54FCD" w:rsidRDefault="000A1003" w:rsidP="00D54FCD">
      <w:proofErr w:type="spellStart"/>
      <w:r w:rsidRPr="00D54FCD">
        <w:t>Dichiara</w:t>
      </w:r>
      <w:proofErr w:type="spellEnd"/>
      <w:r w:rsidRPr="00D54FCD">
        <w:t xml:space="preserve">, </w:t>
      </w:r>
      <w:proofErr w:type="spellStart"/>
      <w:r w:rsidRPr="00D54FCD">
        <w:t>inoltre</w:t>
      </w:r>
      <w:proofErr w:type="spellEnd"/>
      <w:r w:rsidRPr="00D54FCD">
        <w:t xml:space="preserve">, </w:t>
      </w:r>
    </w:p>
    <w:p w14:paraId="32F29DBD" w14:textId="77777777" w:rsidR="000A1003" w:rsidRPr="00D54FCD" w:rsidRDefault="00560C2C" w:rsidP="00D54FCD">
      <w:proofErr w:type="spellStart"/>
      <w:r w:rsidRPr="00D54FCD">
        <w:t>Servizi</w:t>
      </w:r>
      <w:proofErr w:type="spellEnd"/>
      <w:r w:rsidRPr="00D54FCD">
        <w:t xml:space="preserve"> e </w:t>
      </w:r>
      <w:proofErr w:type="spellStart"/>
      <w:r w:rsidRPr="00D54FCD">
        <w:t>interventi</w:t>
      </w:r>
      <w:proofErr w:type="spellEnd"/>
      <w:r w:rsidRPr="00D54FCD">
        <w:t xml:space="preserve"> </w:t>
      </w:r>
      <w:proofErr w:type="spellStart"/>
      <w:r w:rsidRPr="00D54FCD">
        <w:t>già</w:t>
      </w:r>
      <w:proofErr w:type="spellEnd"/>
      <w:r w:rsidRPr="00D54FCD">
        <w:t xml:space="preserve"> </w:t>
      </w:r>
      <w:proofErr w:type="spellStart"/>
      <w:r w:rsidRPr="00D54FCD">
        <w:t>attivi</w:t>
      </w:r>
      <w:proofErr w:type="spellEnd"/>
      <w:r w:rsidRPr="00D54FCD">
        <w:t xml:space="preserve"> </w:t>
      </w:r>
      <w:proofErr w:type="spellStart"/>
      <w:r w:rsidRPr="00D54FCD">
        <w:t>sul</w:t>
      </w:r>
      <w:proofErr w:type="spellEnd"/>
      <w:r w:rsidRPr="00D54FCD">
        <w:t xml:space="preserve"> </w:t>
      </w:r>
      <w:proofErr w:type="spellStart"/>
      <w:r w:rsidRPr="00D54FCD">
        <w:t>caso</w:t>
      </w:r>
      <w:proofErr w:type="spellEnd"/>
      <w:r w:rsidRPr="00D54FCD">
        <w:t xml:space="preserve"> </w:t>
      </w:r>
      <w:r w:rsidRPr="00D54FCD">
        <w:rPr>
          <w:i/>
        </w:rPr>
        <w:t>(</w:t>
      </w:r>
      <w:proofErr w:type="spellStart"/>
      <w:r w:rsidRPr="00D54FCD">
        <w:rPr>
          <w:i/>
        </w:rPr>
        <w:t>indicare</w:t>
      </w:r>
      <w:proofErr w:type="spellEnd"/>
      <w:r w:rsidRPr="00D54FCD">
        <w:rPr>
          <w:i/>
        </w:rPr>
        <w:t xml:space="preserve"> se </w:t>
      </w:r>
      <w:proofErr w:type="spellStart"/>
      <w:r w:rsidRPr="00D54FCD">
        <w:rPr>
          <w:i/>
        </w:rPr>
        <w:t>presenti</w:t>
      </w:r>
      <w:proofErr w:type="spellEnd"/>
      <w:r w:rsidRPr="00D54FCD">
        <w:rPr>
          <w:i/>
        </w:rPr>
        <w:t>)</w:t>
      </w:r>
      <w:r w:rsidRPr="00D54FCD">
        <w:t>:</w:t>
      </w:r>
      <w:r w:rsidR="000A1003" w:rsidRPr="00D54FCD">
        <w:t xml:space="preserve"> _________________________________</w:t>
      </w:r>
      <w:r w:rsidRPr="00D54FCD">
        <w:br/>
      </w:r>
      <w:proofErr w:type="spellStart"/>
      <w:r w:rsidRPr="00D54FCD">
        <w:t>Servizio</w:t>
      </w:r>
      <w:proofErr w:type="spellEnd"/>
      <w:r w:rsidRPr="00D54FCD">
        <w:t xml:space="preserve"> </w:t>
      </w:r>
      <w:proofErr w:type="spellStart"/>
      <w:r w:rsidRPr="00D54FCD">
        <w:t>Sociale</w:t>
      </w:r>
      <w:proofErr w:type="spellEnd"/>
      <w:r w:rsidRPr="00D54FCD">
        <w:t xml:space="preserve"> </w:t>
      </w:r>
      <w:proofErr w:type="spellStart"/>
      <w:r w:rsidRPr="00D54FCD">
        <w:t>Comunale</w:t>
      </w:r>
      <w:proofErr w:type="spellEnd"/>
      <w:r w:rsidRPr="00D54FCD">
        <w:t xml:space="preserve"> (</w:t>
      </w:r>
      <w:proofErr w:type="spellStart"/>
      <w:r w:rsidRPr="00D54FCD">
        <w:t>Assistente</w:t>
      </w:r>
      <w:proofErr w:type="spellEnd"/>
      <w:r w:rsidRPr="00D54FCD">
        <w:t xml:space="preserve"> </w:t>
      </w:r>
      <w:proofErr w:type="spellStart"/>
      <w:r w:rsidRPr="00D54FCD">
        <w:t>sociale</w:t>
      </w:r>
      <w:proofErr w:type="spellEnd"/>
      <w:r w:rsidRPr="00D54FCD">
        <w:t xml:space="preserve"> </w:t>
      </w:r>
      <w:proofErr w:type="spellStart"/>
      <w:r w:rsidRPr="00D54FCD">
        <w:t>referente</w:t>
      </w:r>
      <w:proofErr w:type="spellEnd"/>
      <w:r w:rsidRPr="00D54FCD">
        <w:t xml:space="preserve">): </w:t>
      </w:r>
      <w:r w:rsidR="000A1003" w:rsidRPr="00D54FCD">
        <w:rPr>
          <w:b/>
        </w:rPr>
        <w:t>__________________________________</w:t>
      </w:r>
      <w:r w:rsidRPr="00D54FCD">
        <w:br/>
      </w:r>
      <w:proofErr w:type="spellStart"/>
      <w:r w:rsidRPr="00D54FCD">
        <w:t>Servizi</w:t>
      </w:r>
      <w:proofErr w:type="spellEnd"/>
      <w:r w:rsidRPr="00D54FCD">
        <w:t xml:space="preserve"> ASP/ </w:t>
      </w:r>
      <w:proofErr w:type="spellStart"/>
      <w:r w:rsidRPr="00D54FCD">
        <w:t>sanitari</w:t>
      </w:r>
      <w:proofErr w:type="spellEnd"/>
      <w:r w:rsidRPr="00D54FCD">
        <w:t xml:space="preserve"> (</w:t>
      </w:r>
      <w:proofErr w:type="spellStart"/>
      <w:r w:rsidRPr="00D54FCD">
        <w:t>referente</w:t>
      </w:r>
      <w:proofErr w:type="spellEnd"/>
      <w:r w:rsidRPr="00D54FCD">
        <w:t xml:space="preserve">): </w:t>
      </w:r>
      <w:r w:rsidR="000A1003" w:rsidRPr="00D54FCD">
        <w:rPr>
          <w:b/>
        </w:rPr>
        <w:t>__________________________________</w:t>
      </w:r>
      <w:r w:rsidRPr="00D54FCD">
        <w:t xml:space="preserve">Centro </w:t>
      </w:r>
      <w:proofErr w:type="spellStart"/>
      <w:r w:rsidRPr="00D54FCD">
        <w:t>Diurno</w:t>
      </w:r>
      <w:proofErr w:type="spellEnd"/>
      <w:r w:rsidRPr="00D54FCD">
        <w:t xml:space="preserve"> / CSE / SFA / CDD / </w:t>
      </w:r>
    </w:p>
    <w:p w14:paraId="25A09379" w14:textId="209A1AE7" w:rsidR="00361F90" w:rsidRPr="00D54FCD" w:rsidRDefault="00560C2C" w:rsidP="00D54FCD">
      <w:proofErr w:type="spellStart"/>
      <w:r w:rsidRPr="00D54FCD">
        <w:t>Altro</w:t>
      </w:r>
      <w:proofErr w:type="spellEnd"/>
      <w:r w:rsidRPr="00D54FCD">
        <w:t xml:space="preserve">: </w:t>
      </w:r>
      <w:r w:rsidR="000A1003" w:rsidRPr="00D54FCD">
        <w:rPr>
          <w:b/>
        </w:rPr>
        <w:t>_________________________________</w:t>
      </w:r>
    </w:p>
    <w:p w14:paraId="6225E083" w14:textId="77777777" w:rsidR="000A1003" w:rsidRPr="00D54FCD" w:rsidRDefault="00560C2C" w:rsidP="00D54FCD">
      <w:proofErr w:type="spellStart"/>
      <w:r w:rsidRPr="00D54FCD">
        <w:t>Desideri</w:t>
      </w:r>
      <w:proofErr w:type="spellEnd"/>
      <w:r w:rsidRPr="00D54FCD">
        <w:t xml:space="preserve">, </w:t>
      </w:r>
      <w:proofErr w:type="spellStart"/>
      <w:r w:rsidRPr="00D54FCD">
        <w:t>aspettative</w:t>
      </w:r>
      <w:proofErr w:type="spellEnd"/>
      <w:r w:rsidRPr="00D54FCD">
        <w:t xml:space="preserve"> e </w:t>
      </w:r>
      <w:proofErr w:type="spellStart"/>
      <w:r w:rsidRPr="00D54FCD">
        <w:t>preferenze</w:t>
      </w:r>
      <w:proofErr w:type="spellEnd"/>
      <w:r w:rsidRPr="00D54FCD">
        <w:t xml:space="preserve"> del </w:t>
      </w:r>
      <w:proofErr w:type="spellStart"/>
      <w:r w:rsidRPr="00D54FCD">
        <w:t>beneficiario</w:t>
      </w:r>
      <w:proofErr w:type="spellEnd"/>
      <w:r w:rsidRPr="00D54FCD">
        <w:t xml:space="preserve"> rispetto al </w:t>
      </w:r>
      <w:proofErr w:type="spellStart"/>
      <w:r w:rsidRPr="00D54FCD">
        <w:t>progetto</w:t>
      </w:r>
      <w:proofErr w:type="spellEnd"/>
      <w:r w:rsidRPr="00D54FCD">
        <w:t xml:space="preserve"> di vita</w:t>
      </w:r>
    </w:p>
    <w:p w14:paraId="1C464487" w14:textId="52D013F4" w:rsidR="00361F90" w:rsidRPr="00D54FCD" w:rsidRDefault="00560C2C" w:rsidP="00D54FCD">
      <w:r w:rsidRPr="00D54FCD">
        <w:rPr>
          <w:rFonts w:ascii="Times New Roman" w:hAnsi="Times New Roman" w:cs="Times New Roman"/>
          <w:i/>
          <w:sz w:val="24"/>
          <w:szCs w:val="24"/>
        </w:rPr>
        <w:lastRenderedPageBreak/>
        <w:t xml:space="preserve">(da </w:t>
      </w:r>
      <w:proofErr w:type="spellStart"/>
      <w:r w:rsidRPr="00D54FCD">
        <w:rPr>
          <w:rFonts w:ascii="Times New Roman" w:hAnsi="Times New Roman" w:cs="Times New Roman"/>
          <w:i/>
          <w:sz w:val="24"/>
          <w:szCs w:val="24"/>
        </w:rPr>
        <w:t>compilare</w:t>
      </w:r>
      <w:proofErr w:type="spellEnd"/>
      <w:r w:rsidRPr="00D54FCD">
        <w:rPr>
          <w:rFonts w:ascii="Times New Roman" w:hAnsi="Times New Roman" w:cs="Times New Roman"/>
          <w:i/>
          <w:sz w:val="24"/>
          <w:szCs w:val="24"/>
        </w:rPr>
        <w:t xml:space="preserve"> con la </w:t>
      </w:r>
      <w:proofErr w:type="spellStart"/>
      <w:r w:rsidRPr="00D54FCD">
        <w:rPr>
          <w:rFonts w:ascii="Times New Roman" w:hAnsi="Times New Roman" w:cs="Times New Roman"/>
          <w:i/>
          <w:sz w:val="24"/>
          <w:szCs w:val="24"/>
        </w:rPr>
        <w:t>partecipazione</w:t>
      </w:r>
      <w:proofErr w:type="spellEnd"/>
      <w:r w:rsidRPr="00D54F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4FCD">
        <w:rPr>
          <w:rFonts w:ascii="Times New Roman" w:hAnsi="Times New Roman" w:cs="Times New Roman"/>
          <w:i/>
          <w:sz w:val="24"/>
          <w:szCs w:val="24"/>
        </w:rPr>
        <w:t>diretta</w:t>
      </w:r>
      <w:proofErr w:type="spellEnd"/>
      <w:r w:rsidRPr="00D54F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4FCD">
        <w:rPr>
          <w:rFonts w:ascii="Times New Roman" w:hAnsi="Times New Roman" w:cs="Times New Roman"/>
          <w:i/>
          <w:sz w:val="24"/>
          <w:szCs w:val="24"/>
        </w:rPr>
        <w:t>della</w:t>
      </w:r>
      <w:proofErr w:type="spellEnd"/>
      <w:r w:rsidRPr="00D54FCD">
        <w:rPr>
          <w:rFonts w:ascii="Times New Roman" w:hAnsi="Times New Roman" w:cs="Times New Roman"/>
          <w:i/>
          <w:sz w:val="24"/>
          <w:szCs w:val="24"/>
        </w:rPr>
        <w:t xml:space="preserve"> persona con </w:t>
      </w:r>
      <w:proofErr w:type="spellStart"/>
      <w:r w:rsidRPr="00D54FCD">
        <w:rPr>
          <w:rFonts w:ascii="Times New Roman" w:hAnsi="Times New Roman" w:cs="Times New Roman"/>
          <w:i/>
          <w:sz w:val="24"/>
          <w:szCs w:val="24"/>
        </w:rPr>
        <w:t>disabilità</w:t>
      </w:r>
      <w:proofErr w:type="spellEnd"/>
      <w:r w:rsidR="000A1003" w:rsidRPr="00D54F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A1003" w:rsidRPr="00D54FCD">
        <w:rPr>
          <w:rFonts w:ascii="Times New Roman" w:hAnsi="Times New Roman" w:cs="Times New Roman"/>
          <w:i/>
          <w:sz w:val="24"/>
          <w:szCs w:val="24"/>
        </w:rPr>
        <w:t>ove</w:t>
      </w:r>
      <w:proofErr w:type="spellEnd"/>
      <w:r w:rsidR="000A1003" w:rsidRPr="00D54F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A1003" w:rsidRPr="00D54FCD">
        <w:rPr>
          <w:rFonts w:ascii="Times New Roman" w:hAnsi="Times New Roman" w:cs="Times New Roman"/>
          <w:i/>
          <w:sz w:val="24"/>
          <w:szCs w:val="24"/>
        </w:rPr>
        <w:t>possibile</w:t>
      </w:r>
      <w:proofErr w:type="spellEnd"/>
      <w:r w:rsidRPr="00D54FCD">
        <w:rPr>
          <w:rFonts w:ascii="Times New Roman" w:hAnsi="Times New Roman" w:cs="Times New Roman"/>
          <w:i/>
          <w:sz w:val="24"/>
          <w:szCs w:val="24"/>
        </w:rPr>
        <w:t>)</w:t>
      </w:r>
      <w:r w:rsidRPr="00D54FCD">
        <w:rPr>
          <w:rFonts w:ascii="Times New Roman" w:hAnsi="Times New Roman" w:cs="Times New Roman"/>
          <w:sz w:val="24"/>
          <w:szCs w:val="24"/>
        </w:rPr>
        <w:t>:</w:t>
      </w:r>
      <w:r w:rsidR="000A1003" w:rsidRPr="00D54FCD">
        <w:t xml:space="preserve"> </w:t>
      </w:r>
      <w:r w:rsidR="000A1003" w:rsidRPr="00D54FCD">
        <w:rPr>
          <w:b/>
        </w:rPr>
        <w:t>______________________________________________________________________</w:t>
      </w:r>
    </w:p>
    <w:p w14:paraId="4EBFB207" w14:textId="77777777" w:rsidR="00361F90" w:rsidRPr="00D54FCD" w:rsidRDefault="00560C2C" w:rsidP="00D54FCD">
      <w:proofErr w:type="spellStart"/>
      <w:r w:rsidRPr="00D54FCD">
        <w:rPr>
          <w:color w:val="000000"/>
        </w:rPr>
        <w:t>Allega</w:t>
      </w:r>
      <w:proofErr w:type="spellEnd"/>
      <w:r w:rsidRPr="00D54FCD">
        <w:rPr>
          <w:color w:val="000000"/>
        </w:rPr>
        <w:t xml:space="preserve"> </w:t>
      </w:r>
      <w:proofErr w:type="spellStart"/>
      <w:r w:rsidRPr="00D54FCD">
        <w:rPr>
          <w:color w:val="000000"/>
        </w:rPr>
        <w:t>alla</w:t>
      </w:r>
      <w:proofErr w:type="spellEnd"/>
      <w:r w:rsidRPr="00D54FCD">
        <w:rPr>
          <w:color w:val="000000"/>
        </w:rPr>
        <w:t xml:space="preserve"> </w:t>
      </w:r>
      <w:proofErr w:type="spellStart"/>
      <w:r w:rsidRPr="00D54FCD">
        <w:rPr>
          <w:color w:val="000000"/>
        </w:rPr>
        <w:t>presente</w:t>
      </w:r>
      <w:proofErr w:type="spellEnd"/>
      <w:r w:rsidRPr="00D54FCD">
        <w:rPr>
          <w:color w:val="000000"/>
        </w:rPr>
        <w:t>:</w:t>
      </w:r>
    </w:p>
    <w:p w14:paraId="2B1D9F38" w14:textId="77777777" w:rsidR="00361F90" w:rsidRPr="00D54FCD" w:rsidRDefault="00560C2C" w:rsidP="00D54FCD">
      <w:proofErr w:type="spellStart"/>
      <w:r w:rsidRPr="00D54FCD">
        <w:t>Fotocopia</w:t>
      </w:r>
      <w:proofErr w:type="spellEnd"/>
      <w:r w:rsidRPr="00D54FCD">
        <w:t xml:space="preserve"> </w:t>
      </w:r>
      <w:proofErr w:type="spellStart"/>
      <w:r w:rsidRPr="00D54FCD">
        <w:t>documento</w:t>
      </w:r>
      <w:proofErr w:type="spellEnd"/>
      <w:r w:rsidRPr="00D54FCD">
        <w:t xml:space="preserve"> di </w:t>
      </w:r>
      <w:proofErr w:type="spellStart"/>
      <w:r w:rsidRPr="00D54FCD">
        <w:t>identità</w:t>
      </w:r>
      <w:proofErr w:type="spellEnd"/>
      <w:r w:rsidRPr="00D54FCD">
        <w:t xml:space="preserve"> e del </w:t>
      </w:r>
      <w:proofErr w:type="spellStart"/>
      <w:r w:rsidRPr="00D54FCD">
        <w:t>codice</w:t>
      </w:r>
      <w:proofErr w:type="spellEnd"/>
      <w:r w:rsidRPr="00D54FCD">
        <w:t xml:space="preserve"> </w:t>
      </w:r>
      <w:proofErr w:type="spellStart"/>
      <w:r w:rsidRPr="00D54FCD">
        <w:t>fiscale</w:t>
      </w:r>
      <w:proofErr w:type="spellEnd"/>
      <w:r w:rsidRPr="00D54FCD">
        <w:t xml:space="preserve"> del </w:t>
      </w:r>
      <w:proofErr w:type="spellStart"/>
      <w:r w:rsidRPr="00D54FCD">
        <w:t>beneficiario</w:t>
      </w:r>
      <w:proofErr w:type="spellEnd"/>
      <w:r w:rsidRPr="00D54FCD">
        <w:t>;</w:t>
      </w:r>
    </w:p>
    <w:p w14:paraId="2A71F7AB" w14:textId="77777777" w:rsidR="00361F90" w:rsidRPr="00D54FCD" w:rsidRDefault="00560C2C" w:rsidP="00D54FCD">
      <w:proofErr w:type="spellStart"/>
      <w:r w:rsidRPr="00D54FCD">
        <w:t>Fotocopia</w:t>
      </w:r>
      <w:proofErr w:type="spellEnd"/>
      <w:r w:rsidRPr="00D54FCD">
        <w:t xml:space="preserve"> </w:t>
      </w:r>
      <w:proofErr w:type="spellStart"/>
      <w:r w:rsidRPr="00D54FCD">
        <w:t>documento</w:t>
      </w:r>
      <w:proofErr w:type="spellEnd"/>
      <w:r w:rsidRPr="00D54FCD">
        <w:t xml:space="preserve"> di </w:t>
      </w:r>
      <w:proofErr w:type="spellStart"/>
      <w:r w:rsidRPr="00D54FCD">
        <w:t>identità</w:t>
      </w:r>
      <w:proofErr w:type="spellEnd"/>
      <w:r w:rsidRPr="00D54FCD">
        <w:t xml:space="preserve"> e del </w:t>
      </w:r>
      <w:proofErr w:type="spellStart"/>
      <w:r w:rsidRPr="00D54FCD">
        <w:t>codice</w:t>
      </w:r>
      <w:proofErr w:type="spellEnd"/>
      <w:r w:rsidRPr="00D54FCD">
        <w:t xml:space="preserve"> </w:t>
      </w:r>
      <w:proofErr w:type="spellStart"/>
      <w:r w:rsidRPr="00D54FCD">
        <w:t>fiscale</w:t>
      </w:r>
      <w:proofErr w:type="spellEnd"/>
      <w:r w:rsidRPr="00D54FCD">
        <w:t xml:space="preserve"> del </w:t>
      </w:r>
      <w:proofErr w:type="spellStart"/>
      <w:r w:rsidRPr="00D54FCD">
        <w:t>richiedente</w:t>
      </w:r>
      <w:proofErr w:type="spellEnd"/>
      <w:r w:rsidRPr="00D54FCD">
        <w:t xml:space="preserve"> se </w:t>
      </w:r>
      <w:proofErr w:type="spellStart"/>
      <w:r w:rsidRPr="00D54FCD">
        <w:t>diverso</w:t>
      </w:r>
      <w:proofErr w:type="spellEnd"/>
      <w:r w:rsidRPr="00D54FCD">
        <w:t xml:space="preserve"> dal </w:t>
      </w:r>
      <w:proofErr w:type="spellStart"/>
      <w:r w:rsidRPr="00D54FCD">
        <w:t>beneficiario</w:t>
      </w:r>
      <w:proofErr w:type="spellEnd"/>
      <w:r w:rsidRPr="00D54FCD">
        <w:t>;</w:t>
      </w:r>
    </w:p>
    <w:p w14:paraId="71372A2B" w14:textId="77777777" w:rsidR="00361F90" w:rsidRPr="00D54FCD" w:rsidRDefault="00560C2C" w:rsidP="00D54FCD">
      <w:proofErr w:type="spellStart"/>
      <w:r w:rsidRPr="00D54FCD">
        <w:t>Certificazione</w:t>
      </w:r>
      <w:proofErr w:type="spellEnd"/>
      <w:r w:rsidRPr="00D54FCD">
        <w:t xml:space="preserve"> di </w:t>
      </w:r>
      <w:proofErr w:type="spellStart"/>
      <w:r w:rsidRPr="00D54FCD">
        <w:t>disabilità</w:t>
      </w:r>
      <w:proofErr w:type="spellEnd"/>
      <w:r w:rsidRPr="00D54FCD">
        <w:t xml:space="preserve"> grave </w:t>
      </w:r>
      <w:proofErr w:type="spellStart"/>
      <w:r w:rsidRPr="00D54FCD">
        <w:t>riconosciuta</w:t>
      </w:r>
      <w:proofErr w:type="spellEnd"/>
      <w:r w:rsidRPr="00D54FCD">
        <w:t xml:space="preserve"> ai sensi </w:t>
      </w:r>
      <w:proofErr w:type="spellStart"/>
      <w:r w:rsidRPr="00D54FCD">
        <w:t>dell'art</w:t>
      </w:r>
      <w:proofErr w:type="spellEnd"/>
      <w:r w:rsidRPr="00D54FCD">
        <w:t xml:space="preserve">. 3, comma 3, </w:t>
      </w:r>
      <w:proofErr w:type="spellStart"/>
      <w:r w:rsidRPr="00D54FCD">
        <w:t>della</w:t>
      </w:r>
      <w:proofErr w:type="spellEnd"/>
      <w:r w:rsidRPr="00D54FCD">
        <w:t xml:space="preserve"> L. 104/92 (da </w:t>
      </w:r>
      <w:proofErr w:type="spellStart"/>
      <w:r w:rsidRPr="00D54FCD">
        <w:t>presentare</w:t>
      </w:r>
      <w:proofErr w:type="spellEnd"/>
      <w:r w:rsidRPr="00D54FCD">
        <w:t xml:space="preserve"> in </w:t>
      </w:r>
      <w:proofErr w:type="spellStart"/>
      <w:r w:rsidRPr="00D54FCD">
        <w:t>busta</w:t>
      </w:r>
      <w:proofErr w:type="spellEnd"/>
      <w:r w:rsidRPr="00D54FCD">
        <w:t xml:space="preserve"> </w:t>
      </w:r>
      <w:proofErr w:type="spellStart"/>
      <w:r w:rsidRPr="00D54FCD">
        <w:t>chiusa</w:t>
      </w:r>
      <w:proofErr w:type="spellEnd"/>
      <w:r w:rsidRPr="00D54FCD">
        <w:t xml:space="preserve"> con </w:t>
      </w:r>
      <w:proofErr w:type="spellStart"/>
      <w:r w:rsidRPr="00D54FCD">
        <w:t>l'indicazione</w:t>
      </w:r>
      <w:proofErr w:type="spellEnd"/>
      <w:r w:rsidRPr="00D54FCD">
        <w:t xml:space="preserve"> </w:t>
      </w:r>
      <w:proofErr w:type="spellStart"/>
      <w:r w:rsidRPr="00D54FCD">
        <w:t>esterna</w:t>
      </w:r>
      <w:proofErr w:type="spellEnd"/>
      <w:r w:rsidRPr="00D54FCD">
        <w:t>: "</w:t>
      </w:r>
      <w:proofErr w:type="spellStart"/>
      <w:r w:rsidRPr="00D54FCD">
        <w:t>contiene</w:t>
      </w:r>
      <w:proofErr w:type="spellEnd"/>
      <w:r w:rsidRPr="00D54FCD">
        <w:t xml:space="preserve"> </w:t>
      </w:r>
      <w:proofErr w:type="spellStart"/>
      <w:r w:rsidRPr="00D54FCD">
        <w:t>dati</w:t>
      </w:r>
      <w:proofErr w:type="spellEnd"/>
      <w:r w:rsidRPr="00D54FCD">
        <w:t xml:space="preserve"> </w:t>
      </w:r>
      <w:proofErr w:type="spellStart"/>
      <w:r w:rsidRPr="00D54FCD">
        <w:t>relativi</w:t>
      </w:r>
      <w:proofErr w:type="spellEnd"/>
      <w:r w:rsidRPr="00D54FCD">
        <w:t xml:space="preserve"> </w:t>
      </w:r>
      <w:proofErr w:type="spellStart"/>
      <w:r w:rsidRPr="00D54FCD">
        <w:t>allo</w:t>
      </w:r>
      <w:proofErr w:type="spellEnd"/>
      <w:r w:rsidRPr="00D54FCD">
        <w:t xml:space="preserve"> </w:t>
      </w:r>
      <w:proofErr w:type="spellStart"/>
      <w:r w:rsidRPr="00D54FCD">
        <w:t>stato</w:t>
      </w:r>
      <w:proofErr w:type="spellEnd"/>
      <w:r w:rsidRPr="00D54FCD">
        <w:t xml:space="preserve"> di salute");</w:t>
      </w:r>
    </w:p>
    <w:p w14:paraId="6C59A5A9" w14:textId="77777777" w:rsidR="00361F90" w:rsidRPr="00D54FCD" w:rsidRDefault="00560C2C" w:rsidP="00D54FCD">
      <w:proofErr w:type="spellStart"/>
      <w:r w:rsidRPr="00D54FCD">
        <w:t>Eventuale</w:t>
      </w:r>
      <w:proofErr w:type="spellEnd"/>
      <w:r w:rsidRPr="00D54FCD">
        <w:t xml:space="preserve"> </w:t>
      </w:r>
      <w:proofErr w:type="spellStart"/>
      <w:r w:rsidRPr="00D54FCD">
        <w:t>provvedimento</w:t>
      </w:r>
      <w:proofErr w:type="spellEnd"/>
      <w:r w:rsidRPr="00D54FCD">
        <w:t xml:space="preserve"> di nomina quale </w:t>
      </w:r>
      <w:proofErr w:type="spellStart"/>
      <w:r w:rsidRPr="00D54FCD">
        <w:t>Amministratore</w:t>
      </w:r>
      <w:proofErr w:type="spellEnd"/>
      <w:r w:rsidRPr="00D54FCD">
        <w:t xml:space="preserve"> di </w:t>
      </w:r>
      <w:proofErr w:type="spellStart"/>
      <w:r w:rsidRPr="00D54FCD">
        <w:t>Sostegno</w:t>
      </w:r>
      <w:proofErr w:type="spellEnd"/>
      <w:r w:rsidRPr="00D54FCD">
        <w:t xml:space="preserve">, </w:t>
      </w:r>
      <w:proofErr w:type="spellStart"/>
      <w:r w:rsidRPr="00D54FCD">
        <w:t>Tutore</w:t>
      </w:r>
      <w:proofErr w:type="spellEnd"/>
      <w:r w:rsidRPr="00D54FCD">
        <w:t xml:space="preserve">, </w:t>
      </w:r>
      <w:proofErr w:type="spellStart"/>
      <w:r w:rsidRPr="00D54FCD">
        <w:t>Curatore</w:t>
      </w:r>
      <w:proofErr w:type="spellEnd"/>
      <w:r w:rsidRPr="00D54FCD">
        <w:t xml:space="preserve"> o </w:t>
      </w:r>
      <w:proofErr w:type="spellStart"/>
      <w:r w:rsidRPr="00D54FCD">
        <w:t>delegato</w:t>
      </w:r>
      <w:proofErr w:type="spellEnd"/>
      <w:r w:rsidRPr="00D54FCD">
        <w:t>;</w:t>
      </w:r>
    </w:p>
    <w:p w14:paraId="46352FEB" w14:textId="77777777" w:rsidR="00361F90" w:rsidRPr="00D54FCD" w:rsidRDefault="00560C2C" w:rsidP="00D54FCD">
      <w:proofErr w:type="spellStart"/>
      <w:r w:rsidRPr="00D54FCD">
        <w:t>Attestazione</w:t>
      </w:r>
      <w:proofErr w:type="spellEnd"/>
      <w:r w:rsidRPr="00D54FCD">
        <w:t xml:space="preserve"> ISEE </w:t>
      </w:r>
      <w:proofErr w:type="spellStart"/>
      <w:r w:rsidRPr="00D54FCD">
        <w:t>sociosanitaria</w:t>
      </w:r>
      <w:proofErr w:type="spellEnd"/>
      <w:r w:rsidRPr="00D54FCD">
        <w:t xml:space="preserve"> in </w:t>
      </w:r>
      <w:proofErr w:type="spellStart"/>
      <w:r w:rsidRPr="00D54FCD">
        <w:t>corso</w:t>
      </w:r>
      <w:proofErr w:type="spellEnd"/>
      <w:r w:rsidRPr="00D54FCD">
        <w:t xml:space="preserve"> di </w:t>
      </w:r>
      <w:proofErr w:type="spellStart"/>
      <w:r w:rsidRPr="00D54FCD">
        <w:t>validità</w:t>
      </w:r>
      <w:proofErr w:type="spellEnd"/>
      <w:r w:rsidRPr="00D54FCD">
        <w:t xml:space="preserve"> (</w:t>
      </w:r>
      <w:proofErr w:type="spellStart"/>
      <w:r w:rsidRPr="00D54FCD">
        <w:t>ove</w:t>
      </w:r>
      <w:proofErr w:type="spellEnd"/>
      <w:r w:rsidRPr="00D54FCD">
        <w:t xml:space="preserve"> </w:t>
      </w:r>
      <w:proofErr w:type="spellStart"/>
      <w:r w:rsidRPr="00D54FCD">
        <w:t>disponibile</w:t>
      </w:r>
      <w:proofErr w:type="spellEnd"/>
      <w:r w:rsidRPr="00D54FCD">
        <w:t>);</w:t>
      </w:r>
    </w:p>
    <w:p w14:paraId="017C1707" w14:textId="01D06134" w:rsidR="00361F90" w:rsidRPr="00D54FCD" w:rsidRDefault="00560C2C" w:rsidP="00D54FCD">
      <w:proofErr w:type="spellStart"/>
      <w:r w:rsidRPr="00D54FCD">
        <w:t>Eventuale</w:t>
      </w:r>
      <w:proofErr w:type="spellEnd"/>
      <w:r w:rsidRPr="00D54FCD">
        <w:t xml:space="preserve"> </w:t>
      </w:r>
      <w:proofErr w:type="spellStart"/>
      <w:r w:rsidRPr="00D54FCD">
        <w:t>documentazione</w:t>
      </w:r>
      <w:proofErr w:type="spellEnd"/>
      <w:r w:rsidRPr="00D54FCD">
        <w:t xml:space="preserve"> sanitaria </w:t>
      </w:r>
      <w:proofErr w:type="spellStart"/>
      <w:r w:rsidRPr="00D54FCD">
        <w:t>integrativa</w:t>
      </w:r>
      <w:proofErr w:type="spellEnd"/>
      <w:r w:rsidRPr="00D54FCD">
        <w:t xml:space="preserve"> e </w:t>
      </w:r>
      <w:proofErr w:type="spellStart"/>
      <w:r w:rsidRPr="00D54FCD">
        <w:t>relazioni</w:t>
      </w:r>
      <w:proofErr w:type="spellEnd"/>
      <w:r w:rsidRPr="00D54FCD">
        <w:t xml:space="preserve"> </w:t>
      </w:r>
      <w:proofErr w:type="spellStart"/>
      <w:r w:rsidRPr="00D54FCD">
        <w:t>dei</w:t>
      </w:r>
      <w:proofErr w:type="spellEnd"/>
      <w:r w:rsidRPr="00D54FCD">
        <w:t xml:space="preserve"> </w:t>
      </w:r>
      <w:proofErr w:type="spellStart"/>
      <w:r w:rsidRPr="00D54FCD">
        <w:t>Servizi</w:t>
      </w:r>
      <w:proofErr w:type="spellEnd"/>
      <w:r w:rsidRPr="00D54FCD">
        <w:t xml:space="preserve"> </w:t>
      </w:r>
      <w:proofErr w:type="spellStart"/>
      <w:r w:rsidRPr="00D54FCD">
        <w:t>Sociali</w:t>
      </w:r>
      <w:proofErr w:type="spellEnd"/>
      <w:r w:rsidRPr="00D54FCD">
        <w:t xml:space="preserve"> </w:t>
      </w:r>
      <w:proofErr w:type="spellStart"/>
      <w:r w:rsidRPr="00D54FCD">
        <w:t>già</w:t>
      </w:r>
      <w:proofErr w:type="spellEnd"/>
      <w:r w:rsidRPr="00D54FCD">
        <w:t xml:space="preserve"> </w:t>
      </w:r>
      <w:proofErr w:type="spellStart"/>
      <w:r w:rsidRPr="00D54FCD">
        <w:t>attivi</w:t>
      </w:r>
      <w:proofErr w:type="spellEnd"/>
      <w:r w:rsidR="00E448C3" w:rsidRPr="00D54FCD">
        <w:t>.</w:t>
      </w:r>
    </w:p>
    <w:p w14:paraId="75EF0877" w14:textId="77777777" w:rsidR="00361F90" w:rsidRPr="00D54FCD" w:rsidRDefault="00560C2C" w:rsidP="00D54FCD">
      <w:r w:rsidRPr="00D54FCD">
        <w:t xml:space="preserve">Il/la </w:t>
      </w:r>
      <w:proofErr w:type="spellStart"/>
      <w:r w:rsidRPr="00D54FCD">
        <w:t>sottoscritto</w:t>
      </w:r>
      <w:proofErr w:type="spellEnd"/>
      <w:r w:rsidRPr="00D54FCD">
        <w:t xml:space="preserve">/a </w:t>
      </w:r>
      <w:proofErr w:type="spellStart"/>
      <w:r w:rsidRPr="00D54FCD">
        <w:t>dichiara</w:t>
      </w:r>
      <w:proofErr w:type="spellEnd"/>
      <w:r w:rsidRPr="00D54FCD">
        <w:t xml:space="preserve"> di </w:t>
      </w:r>
      <w:proofErr w:type="spellStart"/>
      <w:r w:rsidRPr="00D54FCD">
        <w:t>essere</w:t>
      </w:r>
      <w:proofErr w:type="spellEnd"/>
      <w:r w:rsidRPr="00D54FCD">
        <w:t xml:space="preserve"> </w:t>
      </w:r>
      <w:proofErr w:type="spellStart"/>
      <w:r w:rsidRPr="00D54FCD">
        <w:t>consapevole</w:t>
      </w:r>
      <w:proofErr w:type="spellEnd"/>
      <w:r w:rsidRPr="00D54FCD">
        <w:t xml:space="preserve"> </w:t>
      </w:r>
      <w:proofErr w:type="spellStart"/>
      <w:r w:rsidRPr="00D54FCD">
        <w:t>che</w:t>
      </w:r>
      <w:proofErr w:type="spellEnd"/>
      <w:r w:rsidRPr="00D54FCD">
        <w:t xml:space="preserve"> le </w:t>
      </w:r>
      <w:proofErr w:type="spellStart"/>
      <w:r w:rsidRPr="00D54FCD">
        <w:t>risorse</w:t>
      </w:r>
      <w:proofErr w:type="spellEnd"/>
      <w:r w:rsidRPr="00D54FCD">
        <w:t xml:space="preserve"> del </w:t>
      </w:r>
      <w:proofErr w:type="spellStart"/>
      <w:r w:rsidRPr="00D54FCD">
        <w:t>Fondo</w:t>
      </w:r>
      <w:proofErr w:type="spellEnd"/>
      <w:r w:rsidRPr="00D54FCD">
        <w:t xml:space="preserve"> Dopo di Noi </w:t>
      </w:r>
      <w:proofErr w:type="spellStart"/>
      <w:r w:rsidRPr="00D54FCD">
        <w:t>finanziano</w:t>
      </w:r>
      <w:proofErr w:type="spellEnd"/>
      <w:r w:rsidRPr="00D54FCD">
        <w:t xml:space="preserve"> </w:t>
      </w:r>
      <w:proofErr w:type="spellStart"/>
      <w:r w:rsidRPr="00D54FCD">
        <w:t>esclusivamente</w:t>
      </w:r>
      <w:proofErr w:type="spellEnd"/>
      <w:r w:rsidRPr="00D54FCD">
        <w:t xml:space="preserve"> </w:t>
      </w:r>
      <w:proofErr w:type="spellStart"/>
      <w:r w:rsidRPr="00D54FCD">
        <w:t>interventi</w:t>
      </w:r>
      <w:proofErr w:type="spellEnd"/>
      <w:r w:rsidRPr="00D54FCD">
        <w:t xml:space="preserve"> e </w:t>
      </w:r>
      <w:proofErr w:type="spellStart"/>
      <w:r w:rsidRPr="00D54FCD">
        <w:t>servizi</w:t>
      </w:r>
      <w:proofErr w:type="spellEnd"/>
      <w:r w:rsidRPr="00D54FCD">
        <w:t xml:space="preserve"> e non </w:t>
      </w:r>
      <w:proofErr w:type="spellStart"/>
      <w:r w:rsidRPr="00D54FCD">
        <w:t>prevedono</w:t>
      </w:r>
      <w:proofErr w:type="spellEnd"/>
      <w:r w:rsidRPr="00D54FCD">
        <w:t xml:space="preserve"> </w:t>
      </w:r>
      <w:proofErr w:type="spellStart"/>
      <w:r w:rsidRPr="00D54FCD">
        <w:t>l'erogazione</w:t>
      </w:r>
      <w:proofErr w:type="spellEnd"/>
      <w:r w:rsidRPr="00D54FCD">
        <w:t xml:space="preserve"> di </w:t>
      </w:r>
      <w:proofErr w:type="spellStart"/>
      <w:r w:rsidRPr="00D54FCD">
        <w:t>contributi</w:t>
      </w:r>
      <w:proofErr w:type="spellEnd"/>
      <w:r w:rsidRPr="00D54FCD">
        <w:t xml:space="preserve"> </w:t>
      </w:r>
      <w:proofErr w:type="spellStart"/>
      <w:r w:rsidRPr="00D54FCD">
        <w:t>monetari</w:t>
      </w:r>
      <w:proofErr w:type="spellEnd"/>
      <w:r w:rsidRPr="00D54FCD">
        <w:t xml:space="preserve"> </w:t>
      </w:r>
      <w:proofErr w:type="spellStart"/>
      <w:r w:rsidRPr="00D54FCD">
        <w:t>diretti</w:t>
      </w:r>
      <w:proofErr w:type="spellEnd"/>
      <w:r w:rsidRPr="00D54FCD">
        <w:t xml:space="preserve"> e </w:t>
      </w:r>
      <w:proofErr w:type="spellStart"/>
      <w:r w:rsidRPr="00D54FCD">
        <w:t>che</w:t>
      </w:r>
      <w:proofErr w:type="spellEnd"/>
      <w:r w:rsidRPr="00D54FCD">
        <w:t xml:space="preserve"> la </w:t>
      </w:r>
      <w:proofErr w:type="spellStart"/>
      <w:r w:rsidRPr="00D54FCD">
        <w:t>presente</w:t>
      </w:r>
      <w:proofErr w:type="spellEnd"/>
      <w:r w:rsidRPr="00D54FCD">
        <w:t xml:space="preserve"> </w:t>
      </w:r>
      <w:proofErr w:type="spellStart"/>
      <w:r w:rsidRPr="00D54FCD">
        <w:t>istanza</w:t>
      </w:r>
      <w:proofErr w:type="spellEnd"/>
      <w:r w:rsidRPr="00D54FCD">
        <w:t xml:space="preserve"> </w:t>
      </w:r>
      <w:proofErr w:type="spellStart"/>
      <w:r w:rsidRPr="00D54FCD">
        <w:t>costituisce</w:t>
      </w:r>
      <w:proofErr w:type="spellEnd"/>
      <w:r w:rsidRPr="00D54FCD">
        <w:t xml:space="preserve"> </w:t>
      </w:r>
      <w:proofErr w:type="spellStart"/>
      <w:r w:rsidRPr="00D54FCD">
        <w:t>richiesta</w:t>
      </w:r>
      <w:proofErr w:type="spellEnd"/>
      <w:r w:rsidRPr="00D54FCD">
        <w:t xml:space="preserve"> di </w:t>
      </w:r>
      <w:proofErr w:type="spellStart"/>
      <w:r w:rsidRPr="00D54FCD">
        <w:t>avvio</w:t>
      </w:r>
      <w:proofErr w:type="spellEnd"/>
      <w:r w:rsidRPr="00D54FCD">
        <w:t xml:space="preserve"> del </w:t>
      </w:r>
      <w:proofErr w:type="spellStart"/>
      <w:r w:rsidRPr="00D54FCD">
        <w:t>procedimento</w:t>
      </w:r>
      <w:proofErr w:type="spellEnd"/>
      <w:r w:rsidRPr="00D54FCD">
        <w:t xml:space="preserve"> di </w:t>
      </w:r>
      <w:proofErr w:type="spellStart"/>
      <w:r w:rsidRPr="00D54FCD">
        <w:t>valutazione</w:t>
      </w:r>
      <w:proofErr w:type="spellEnd"/>
      <w:r w:rsidRPr="00D54FCD">
        <w:t xml:space="preserve"> e non </w:t>
      </w:r>
      <w:proofErr w:type="spellStart"/>
      <w:r w:rsidRPr="00D54FCD">
        <w:t>attribuisce</w:t>
      </w:r>
      <w:proofErr w:type="spellEnd"/>
      <w:r w:rsidRPr="00D54FCD">
        <w:t xml:space="preserve"> un </w:t>
      </w:r>
      <w:proofErr w:type="spellStart"/>
      <w:r w:rsidRPr="00D54FCD">
        <w:t>diritto</w:t>
      </w:r>
      <w:proofErr w:type="spellEnd"/>
      <w:r w:rsidRPr="00D54FCD">
        <w:t xml:space="preserve"> </w:t>
      </w:r>
      <w:proofErr w:type="spellStart"/>
      <w:r w:rsidRPr="00D54FCD">
        <w:t>automatico</w:t>
      </w:r>
      <w:proofErr w:type="spellEnd"/>
      <w:r w:rsidRPr="00D54FCD">
        <w:t xml:space="preserve"> </w:t>
      </w:r>
      <w:proofErr w:type="spellStart"/>
      <w:r w:rsidRPr="00D54FCD">
        <w:t>all'attivazione</w:t>
      </w:r>
      <w:proofErr w:type="spellEnd"/>
      <w:r w:rsidRPr="00D54FCD">
        <w:t xml:space="preserve"> </w:t>
      </w:r>
      <w:proofErr w:type="spellStart"/>
      <w:r w:rsidRPr="00D54FCD">
        <w:t>degli</w:t>
      </w:r>
      <w:proofErr w:type="spellEnd"/>
      <w:r w:rsidRPr="00D54FCD">
        <w:t xml:space="preserve"> </w:t>
      </w:r>
      <w:proofErr w:type="spellStart"/>
      <w:r w:rsidRPr="00D54FCD">
        <w:t>interventi</w:t>
      </w:r>
      <w:proofErr w:type="spellEnd"/>
      <w:r w:rsidRPr="00D54FCD">
        <w:t>.</w:t>
      </w:r>
    </w:p>
    <w:p w14:paraId="6E24C3F3" w14:textId="77777777" w:rsidR="00361F90" w:rsidRPr="00D54FCD" w:rsidRDefault="00560C2C" w:rsidP="00D54FCD">
      <w:r w:rsidRPr="00D54FCD">
        <w:t xml:space="preserve">Il/la </w:t>
      </w:r>
      <w:proofErr w:type="spellStart"/>
      <w:r w:rsidRPr="00D54FCD">
        <w:t>sottoscritto</w:t>
      </w:r>
      <w:proofErr w:type="spellEnd"/>
      <w:r w:rsidRPr="00D54FCD">
        <w:t xml:space="preserve">/a </w:t>
      </w:r>
      <w:proofErr w:type="spellStart"/>
      <w:r w:rsidRPr="00D54FCD">
        <w:t>autorizza</w:t>
      </w:r>
      <w:proofErr w:type="spellEnd"/>
      <w:r w:rsidRPr="00D54FCD">
        <w:t xml:space="preserve"> al </w:t>
      </w:r>
      <w:proofErr w:type="spellStart"/>
      <w:r w:rsidRPr="00D54FCD">
        <w:t>trattamento</w:t>
      </w:r>
      <w:proofErr w:type="spellEnd"/>
      <w:r w:rsidRPr="00D54FCD">
        <w:t xml:space="preserve"> </w:t>
      </w:r>
      <w:proofErr w:type="spellStart"/>
      <w:r w:rsidRPr="00D54FCD">
        <w:t>dei</w:t>
      </w:r>
      <w:proofErr w:type="spellEnd"/>
      <w:r w:rsidRPr="00D54FCD">
        <w:t xml:space="preserve"> </w:t>
      </w:r>
      <w:proofErr w:type="spellStart"/>
      <w:r w:rsidRPr="00D54FCD">
        <w:t>dati</w:t>
      </w:r>
      <w:proofErr w:type="spellEnd"/>
      <w:r w:rsidRPr="00D54FCD">
        <w:t xml:space="preserve"> </w:t>
      </w:r>
      <w:proofErr w:type="spellStart"/>
      <w:r w:rsidRPr="00D54FCD">
        <w:t>personali</w:t>
      </w:r>
      <w:proofErr w:type="spellEnd"/>
      <w:r w:rsidRPr="00D54FCD">
        <w:t xml:space="preserve">, </w:t>
      </w:r>
      <w:proofErr w:type="spellStart"/>
      <w:r w:rsidRPr="00D54FCD">
        <w:t>ivi</w:t>
      </w:r>
      <w:proofErr w:type="spellEnd"/>
      <w:r w:rsidRPr="00D54FCD">
        <w:t xml:space="preserve"> </w:t>
      </w:r>
      <w:proofErr w:type="spellStart"/>
      <w:r w:rsidRPr="00D54FCD">
        <w:t>compresi</w:t>
      </w:r>
      <w:proofErr w:type="spellEnd"/>
      <w:r w:rsidRPr="00D54FCD">
        <w:t xml:space="preserve"> </w:t>
      </w:r>
      <w:proofErr w:type="spellStart"/>
      <w:r w:rsidRPr="00D54FCD">
        <w:t>i</w:t>
      </w:r>
      <w:proofErr w:type="spellEnd"/>
      <w:r w:rsidRPr="00D54FCD">
        <w:t xml:space="preserve"> </w:t>
      </w:r>
      <w:proofErr w:type="spellStart"/>
      <w:r w:rsidRPr="00D54FCD">
        <w:t>dati</w:t>
      </w:r>
      <w:proofErr w:type="spellEnd"/>
      <w:r w:rsidRPr="00D54FCD">
        <w:t xml:space="preserve"> </w:t>
      </w:r>
      <w:proofErr w:type="spellStart"/>
      <w:r w:rsidRPr="00D54FCD">
        <w:t>relativi</w:t>
      </w:r>
      <w:proofErr w:type="spellEnd"/>
      <w:r w:rsidRPr="00D54FCD">
        <w:t xml:space="preserve"> </w:t>
      </w:r>
      <w:proofErr w:type="spellStart"/>
      <w:r w:rsidRPr="00D54FCD">
        <w:t>allo</w:t>
      </w:r>
      <w:proofErr w:type="spellEnd"/>
      <w:r w:rsidRPr="00D54FCD">
        <w:t xml:space="preserve"> </w:t>
      </w:r>
      <w:proofErr w:type="spellStart"/>
      <w:r w:rsidRPr="00D54FCD">
        <w:t>stato</w:t>
      </w:r>
      <w:proofErr w:type="spellEnd"/>
      <w:r w:rsidRPr="00D54FCD">
        <w:t xml:space="preserve"> di salute, </w:t>
      </w:r>
      <w:proofErr w:type="spellStart"/>
      <w:r w:rsidRPr="00D54FCD">
        <w:t>rilasciati</w:t>
      </w:r>
      <w:proofErr w:type="spellEnd"/>
      <w:r w:rsidRPr="00D54FCD">
        <w:t xml:space="preserve"> </w:t>
      </w:r>
      <w:proofErr w:type="spellStart"/>
      <w:r w:rsidRPr="00D54FCD">
        <w:t>esclusivamente</w:t>
      </w:r>
      <w:proofErr w:type="spellEnd"/>
      <w:r w:rsidRPr="00D54FCD">
        <w:t xml:space="preserve"> per </w:t>
      </w:r>
      <w:proofErr w:type="spellStart"/>
      <w:r w:rsidRPr="00D54FCD">
        <w:t>l'espletamento</w:t>
      </w:r>
      <w:proofErr w:type="spellEnd"/>
      <w:r w:rsidRPr="00D54FCD">
        <w:t xml:space="preserve"> </w:t>
      </w:r>
      <w:proofErr w:type="spellStart"/>
      <w:r w:rsidRPr="00D54FCD">
        <w:t>della</w:t>
      </w:r>
      <w:proofErr w:type="spellEnd"/>
      <w:r w:rsidRPr="00D54FCD">
        <w:t xml:space="preserve"> </w:t>
      </w:r>
      <w:proofErr w:type="spellStart"/>
      <w:r w:rsidRPr="00D54FCD">
        <w:t>procedura</w:t>
      </w:r>
      <w:proofErr w:type="spellEnd"/>
      <w:r w:rsidRPr="00D54FCD">
        <w:t xml:space="preserve"> di cui </w:t>
      </w:r>
      <w:proofErr w:type="spellStart"/>
      <w:r w:rsidRPr="00D54FCD">
        <w:t>alla</w:t>
      </w:r>
      <w:proofErr w:type="spellEnd"/>
      <w:r w:rsidRPr="00D54FCD">
        <w:t xml:space="preserve"> </w:t>
      </w:r>
      <w:proofErr w:type="spellStart"/>
      <w:r w:rsidRPr="00D54FCD">
        <w:t>presente</w:t>
      </w:r>
      <w:proofErr w:type="spellEnd"/>
      <w:r w:rsidRPr="00D54FCD">
        <w:t xml:space="preserve"> </w:t>
      </w:r>
      <w:proofErr w:type="spellStart"/>
      <w:r w:rsidRPr="00D54FCD">
        <w:t>richiesta</w:t>
      </w:r>
      <w:proofErr w:type="spellEnd"/>
      <w:r w:rsidRPr="00D54FCD">
        <w:t xml:space="preserve">, ai sensi del </w:t>
      </w:r>
      <w:proofErr w:type="spellStart"/>
      <w:r w:rsidRPr="00D54FCD">
        <w:t>Regolamento</w:t>
      </w:r>
      <w:proofErr w:type="spellEnd"/>
      <w:r w:rsidRPr="00D54FCD">
        <w:t xml:space="preserve"> UE 679/2016, del </w:t>
      </w:r>
      <w:proofErr w:type="spellStart"/>
      <w:proofErr w:type="gramStart"/>
      <w:r w:rsidRPr="00D54FCD">
        <w:t>D.Lgs</w:t>
      </w:r>
      <w:proofErr w:type="spellEnd"/>
      <w:proofErr w:type="gramEnd"/>
      <w:r w:rsidRPr="00D54FCD">
        <w:t xml:space="preserve">. 196/2003 e </w:t>
      </w:r>
      <w:proofErr w:type="spellStart"/>
      <w:proofErr w:type="gramStart"/>
      <w:r w:rsidRPr="00D54FCD">
        <w:t>ss.mm.ii</w:t>
      </w:r>
      <w:proofErr w:type="spellEnd"/>
      <w:r w:rsidRPr="00D54FCD">
        <w:t>.</w:t>
      </w:r>
      <w:proofErr w:type="gramEnd"/>
      <w:r w:rsidRPr="00D54FCD">
        <w:t xml:space="preserve"> e </w:t>
      </w:r>
      <w:proofErr w:type="spellStart"/>
      <w:r w:rsidRPr="00D54FCD">
        <w:t>dell'Informativa</w:t>
      </w:r>
      <w:proofErr w:type="spellEnd"/>
      <w:r w:rsidRPr="00D54FCD">
        <w:t xml:space="preserve"> </w:t>
      </w:r>
      <w:proofErr w:type="spellStart"/>
      <w:r w:rsidRPr="00D54FCD">
        <w:t>allegata</w:t>
      </w:r>
      <w:proofErr w:type="spellEnd"/>
      <w:r w:rsidRPr="00D54FCD">
        <w:t xml:space="preserve"> </w:t>
      </w:r>
      <w:proofErr w:type="spellStart"/>
      <w:r w:rsidRPr="00D54FCD">
        <w:t>all'Avviso</w:t>
      </w:r>
      <w:proofErr w:type="spellEnd"/>
      <w:r w:rsidRPr="00D54FCD">
        <w:t xml:space="preserve"> </w:t>
      </w:r>
      <w:proofErr w:type="spellStart"/>
      <w:r w:rsidRPr="00D54FCD">
        <w:t>Pubblico</w:t>
      </w:r>
      <w:proofErr w:type="spellEnd"/>
      <w:r w:rsidRPr="00D54FCD">
        <w:t>.</w:t>
      </w:r>
    </w:p>
    <w:p w14:paraId="137E31E6" w14:textId="77777777" w:rsidR="00361F90" w:rsidRPr="00D54FCD" w:rsidRDefault="00560C2C" w:rsidP="00D54FCD">
      <w:r w:rsidRPr="00D54FCD">
        <w:t>IL RICHIEDENTE</w:t>
      </w:r>
    </w:p>
    <w:p w14:paraId="6B4CF854" w14:textId="77777777" w:rsidR="00361F90" w:rsidRPr="00D54FCD" w:rsidRDefault="00560C2C" w:rsidP="00D54FCD">
      <w:r w:rsidRPr="00D54FCD">
        <w:rPr>
          <w:i/>
        </w:rPr>
        <w:t xml:space="preserve">(Ai sensi del D.P.R. 445/2000, la </w:t>
      </w:r>
      <w:proofErr w:type="spellStart"/>
      <w:r w:rsidRPr="00D54FCD">
        <w:rPr>
          <w:i/>
        </w:rPr>
        <w:t>firma</w:t>
      </w:r>
      <w:proofErr w:type="spellEnd"/>
      <w:r w:rsidRPr="00D54FCD">
        <w:rPr>
          <w:i/>
        </w:rPr>
        <w:t xml:space="preserve"> non </w:t>
      </w:r>
      <w:proofErr w:type="spellStart"/>
      <w:r w:rsidRPr="00D54FCD">
        <w:rPr>
          <w:i/>
        </w:rPr>
        <w:t>deve</w:t>
      </w:r>
      <w:proofErr w:type="spellEnd"/>
      <w:r w:rsidRPr="00D54FCD">
        <w:rPr>
          <w:i/>
        </w:rPr>
        <w:t xml:space="preserve"> </w:t>
      </w:r>
      <w:proofErr w:type="spellStart"/>
      <w:r w:rsidRPr="00D54FCD">
        <w:rPr>
          <w:i/>
        </w:rPr>
        <w:t>essere</w:t>
      </w:r>
      <w:proofErr w:type="spellEnd"/>
      <w:r w:rsidRPr="00D54FCD">
        <w:rPr>
          <w:i/>
        </w:rPr>
        <w:t xml:space="preserve"> </w:t>
      </w:r>
      <w:proofErr w:type="spellStart"/>
      <w:r w:rsidRPr="00D54FCD">
        <w:rPr>
          <w:i/>
        </w:rPr>
        <w:t>autenticata</w:t>
      </w:r>
      <w:proofErr w:type="spellEnd"/>
      <w:r w:rsidRPr="00D54FCD">
        <w:rPr>
          <w:i/>
        </w:rPr>
        <w:t xml:space="preserve"> se </w:t>
      </w:r>
      <w:proofErr w:type="spellStart"/>
      <w:r w:rsidRPr="00D54FCD">
        <w:rPr>
          <w:i/>
        </w:rPr>
        <w:t>apposta</w:t>
      </w:r>
      <w:proofErr w:type="spellEnd"/>
      <w:r w:rsidRPr="00D54FCD">
        <w:rPr>
          <w:i/>
        </w:rPr>
        <w:t xml:space="preserve"> in </w:t>
      </w:r>
      <w:proofErr w:type="spellStart"/>
      <w:r w:rsidRPr="00D54FCD">
        <w:rPr>
          <w:i/>
        </w:rPr>
        <w:t>presenza</w:t>
      </w:r>
      <w:proofErr w:type="spellEnd"/>
      <w:r w:rsidRPr="00D54FCD">
        <w:rPr>
          <w:i/>
        </w:rPr>
        <w:t xml:space="preserve"> del </w:t>
      </w:r>
      <w:proofErr w:type="spellStart"/>
      <w:r w:rsidRPr="00D54FCD">
        <w:rPr>
          <w:i/>
        </w:rPr>
        <w:t>dipendente</w:t>
      </w:r>
      <w:proofErr w:type="spellEnd"/>
      <w:r w:rsidRPr="00D54FCD">
        <w:rPr>
          <w:i/>
        </w:rPr>
        <w:t xml:space="preserve"> </w:t>
      </w:r>
      <w:proofErr w:type="spellStart"/>
      <w:r w:rsidRPr="00D54FCD">
        <w:rPr>
          <w:i/>
        </w:rPr>
        <w:t>addetto</w:t>
      </w:r>
      <w:proofErr w:type="spellEnd"/>
      <w:r w:rsidRPr="00D54FCD">
        <w:rPr>
          <w:i/>
        </w:rPr>
        <w:t xml:space="preserve"> </w:t>
      </w:r>
      <w:proofErr w:type="spellStart"/>
      <w:r w:rsidRPr="00D54FCD">
        <w:rPr>
          <w:i/>
        </w:rPr>
        <w:t>ovvero</w:t>
      </w:r>
      <w:proofErr w:type="spellEnd"/>
      <w:r w:rsidRPr="00D54FCD">
        <w:rPr>
          <w:i/>
        </w:rPr>
        <w:t xml:space="preserve"> se la </w:t>
      </w:r>
      <w:proofErr w:type="spellStart"/>
      <w:r w:rsidRPr="00D54FCD">
        <w:rPr>
          <w:i/>
        </w:rPr>
        <w:t>presente</w:t>
      </w:r>
      <w:proofErr w:type="spellEnd"/>
      <w:r w:rsidRPr="00D54FCD">
        <w:rPr>
          <w:i/>
        </w:rPr>
        <w:t xml:space="preserve"> </w:t>
      </w:r>
      <w:proofErr w:type="spellStart"/>
      <w:r w:rsidRPr="00D54FCD">
        <w:rPr>
          <w:i/>
        </w:rPr>
        <w:t>istanza</w:t>
      </w:r>
      <w:proofErr w:type="spellEnd"/>
      <w:r w:rsidRPr="00D54FCD">
        <w:rPr>
          <w:i/>
        </w:rPr>
        <w:t xml:space="preserve"> è </w:t>
      </w:r>
      <w:proofErr w:type="spellStart"/>
      <w:r w:rsidRPr="00D54FCD">
        <w:rPr>
          <w:i/>
        </w:rPr>
        <w:t>sottoscritta</w:t>
      </w:r>
      <w:proofErr w:type="spellEnd"/>
      <w:r w:rsidRPr="00D54FCD">
        <w:rPr>
          <w:i/>
        </w:rPr>
        <w:t xml:space="preserve"> e </w:t>
      </w:r>
      <w:proofErr w:type="spellStart"/>
      <w:r w:rsidRPr="00D54FCD">
        <w:rPr>
          <w:i/>
        </w:rPr>
        <w:t>presentata</w:t>
      </w:r>
      <w:proofErr w:type="spellEnd"/>
      <w:r w:rsidRPr="00D54FCD">
        <w:rPr>
          <w:i/>
        </w:rPr>
        <w:t xml:space="preserve"> </w:t>
      </w:r>
      <w:proofErr w:type="spellStart"/>
      <w:r w:rsidRPr="00D54FCD">
        <w:rPr>
          <w:i/>
        </w:rPr>
        <w:t>unitamente</w:t>
      </w:r>
      <w:proofErr w:type="spellEnd"/>
      <w:r w:rsidRPr="00D54FCD">
        <w:rPr>
          <w:i/>
        </w:rPr>
        <w:t xml:space="preserve"> a </w:t>
      </w:r>
      <w:proofErr w:type="spellStart"/>
      <w:r w:rsidRPr="00D54FCD">
        <w:rPr>
          <w:i/>
        </w:rPr>
        <w:t>copia</w:t>
      </w:r>
      <w:proofErr w:type="spellEnd"/>
      <w:r w:rsidRPr="00D54FCD">
        <w:rPr>
          <w:i/>
        </w:rPr>
        <w:t xml:space="preserve"> </w:t>
      </w:r>
      <w:proofErr w:type="spellStart"/>
      <w:r w:rsidRPr="00D54FCD">
        <w:rPr>
          <w:i/>
        </w:rPr>
        <w:t>fotostatica</w:t>
      </w:r>
      <w:proofErr w:type="spellEnd"/>
      <w:r w:rsidRPr="00D54FCD">
        <w:rPr>
          <w:i/>
        </w:rPr>
        <w:t xml:space="preserve"> del </w:t>
      </w:r>
      <w:proofErr w:type="spellStart"/>
      <w:r w:rsidRPr="00D54FCD">
        <w:rPr>
          <w:i/>
        </w:rPr>
        <w:t>documento</w:t>
      </w:r>
      <w:proofErr w:type="spellEnd"/>
      <w:r w:rsidRPr="00D54FCD">
        <w:rPr>
          <w:i/>
        </w:rPr>
        <w:t xml:space="preserve"> di </w:t>
      </w:r>
      <w:proofErr w:type="spellStart"/>
      <w:r w:rsidRPr="00D54FCD">
        <w:rPr>
          <w:i/>
        </w:rPr>
        <w:t>identità</w:t>
      </w:r>
      <w:proofErr w:type="spellEnd"/>
      <w:r w:rsidRPr="00D54FCD">
        <w:rPr>
          <w:i/>
        </w:rPr>
        <w:t xml:space="preserve"> del </w:t>
      </w:r>
      <w:proofErr w:type="spellStart"/>
      <w:r w:rsidRPr="00D54FCD">
        <w:rPr>
          <w:i/>
        </w:rPr>
        <w:t>sottoscrittore</w:t>
      </w:r>
      <w:proofErr w:type="spellEnd"/>
      <w:r w:rsidRPr="00D54FCD">
        <w:rPr>
          <w:i/>
        </w:rPr>
        <w:t>.)</w:t>
      </w:r>
    </w:p>
    <w:sectPr w:rsidR="00361F90" w:rsidRPr="00D54FC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Univers Condensed">
    <w:panose1 w:val="020B0606020202060204"/>
    <w:charset w:val="00"/>
    <w:family w:val="swiss"/>
    <w:pitch w:val="variable"/>
    <w:sig w:usb0="80000287" w:usb1="00000000" w:usb2="00000000" w:usb3="00000000" w:csb0="0000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73742006">
    <w:abstractNumId w:val="8"/>
  </w:num>
  <w:num w:numId="2" w16cid:durableId="1731612433">
    <w:abstractNumId w:val="6"/>
  </w:num>
  <w:num w:numId="3" w16cid:durableId="1697779246">
    <w:abstractNumId w:val="5"/>
  </w:num>
  <w:num w:numId="4" w16cid:durableId="1306548742">
    <w:abstractNumId w:val="4"/>
  </w:num>
  <w:num w:numId="5" w16cid:durableId="1027944636">
    <w:abstractNumId w:val="7"/>
  </w:num>
  <w:num w:numId="6" w16cid:durableId="1820540734">
    <w:abstractNumId w:val="3"/>
  </w:num>
  <w:num w:numId="7" w16cid:durableId="466749599">
    <w:abstractNumId w:val="2"/>
  </w:num>
  <w:num w:numId="8" w16cid:durableId="663777603">
    <w:abstractNumId w:val="1"/>
  </w:num>
  <w:num w:numId="9" w16cid:durableId="202816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735CB"/>
    <w:rsid w:val="000A1003"/>
    <w:rsid w:val="00134C74"/>
    <w:rsid w:val="0015074B"/>
    <w:rsid w:val="00242544"/>
    <w:rsid w:val="0029639D"/>
    <w:rsid w:val="00321DDA"/>
    <w:rsid w:val="00326F90"/>
    <w:rsid w:val="00361F90"/>
    <w:rsid w:val="00560C2C"/>
    <w:rsid w:val="0059742D"/>
    <w:rsid w:val="005C7EF0"/>
    <w:rsid w:val="006F5F0D"/>
    <w:rsid w:val="007A2D49"/>
    <w:rsid w:val="007C560C"/>
    <w:rsid w:val="00943718"/>
    <w:rsid w:val="00AA1D8D"/>
    <w:rsid w:val="00B2313C"/>
    <w:rsid w:val="00B47730"/>
    <w:rsid w:val="00C34C51"/>
    <w:rsid w:val="00CB0664"/>
    <w:rsid w:val="00CB3E17"/>
    <w:rsid w:val="00D54FCD"/>
    <w:rsid w:val="00DB221B"/>
    <w:rsid w:val="00E448C3"/>
    <w:rsid w:val="00F316AD"/>
    <w:rsid w:val="00F650CA"/>
    <w:rsid w:val="00FA4C2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1FF39D"/>
  <w14:defaultImageDpi w14:val="300"/>
  <w15:docId w15:val="{CA622BB7-C7DC-4923-8ACC-B050BE304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862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Scalia Giuseppa</cp:lastModifiedBy>
  <cp:revision>15</cp:revision>
  <dcterms:created xsi:type="dcterms:W3CDTF">2013-12-23T23:15:00Z</dcterms:created>
  <dcterms:modified xsi:type="dcterms:W3CDTF">2026-06-30T14:28:00Z</dcterms:modified>
  <cp:category/>
</cp:coreProperties>
</file>